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96CFB" w14:textId="410FBF1B" w:rsidR="00C90919" w:rsidRPr="00EA1B74" w:rsidRDefault="008267F9">
      <w:pPr>
        <w:spacing w:after="40"/>
        <w:jc w:val="center"/>
        <w:rPr>
          <w:sz w:val="22"/>
          <w:szCs w:val="24"/>
        </w:rPr>
      </w:pPr>
      <w:r w:rsidRPr="00EA1B74">
        <w:rPr>
          <w:rFonts w:ascii="Aptos Display" w:hAnsi="Aptos Display"/>
          <w:b/>
          <w:color w:val="17365D"/>
          <w:sz w:val="48"/>
          <w:szCs w:val="24"/>
        </w:rPr>
        <w:t>Pat Pig v. Big Bad Wolf</w:t>
      </w:r>
    </w:p>
    <w:p w14:paraId="3346B14D" w14:textId="77777777" w:rsidR="00C90919" w:rsidRPr="00EA1B74" w:rsidRDefault="00000000">
      <w:pPr>
        <w:spacing w:after="200"/>
        <w:jc w:val="center"/>
        <w:rPr>
          <w:sz w:val="22"/>
          <w:szCs w:val="24"/>
        </w:rPr>
      </w:pPr>
      <w:r w:rsidRPr="00EA1B74">
        <w:rPr>
          <w:i/>
          <w:color w:val="1F6D75"/>
          <w:sz w:val="24"/>
          <w:szCs w:val="24"/>
        </w:rPr>
        <w:t>A Scripted Mock Mediation</w:t>
      </w:r>
    </w:p>
    <w:tbl>
      <w:tblPr>
        <w:tblW w:w="0" w:type="auto"/>
        <w:tblLayout w:type="fixed"/>
        <w:tblLook w:val="04A0" w:firstRow="1" w:lastRow="0" w:firstColumn="1" w:lastColumn="0" w:noHBand="0" w:noVBand="1"/>
      </w:tblPr>
      <w:tblGrid>
        <w:gridCol w:w="10224"/>
      </w:tblGrid>
      <w:tr w:rsidR="00C90919" w:rsidRPr="00EA1B74" w14:paraId="11A9071A" w14:textId="77777777">
        <w:tc>
          <w:tcPr>
            <w:tcW w:w="10224" w:type="dxa"/>
            <w:shd w:val="clear" w:color="auto" w:fill="17365D"/>
            <w:tcMar>
              <w:top w:w="70" w:type="dxa"/>
              <w:left w:w="120" w:type="dxa"/>
              <w:bottom w:w="70" w:type="dxa"/>
              <w:right w:w="120" w:type="dxa"/>
            </w:tcMar>
          </w:tcPr>
          <w:p w14:paraId="3A0CA1D4" w14:textId="77777777" w:rsidR="00C90919" w:rsidRPr="00EA1B74" w:rsidRDefault="00000000">
            <w:pPr>
              <w:spacing w:after="0"/>
              <w:rPr>
                <w:sz w:val="22"/>
                <w:szCs w:val="24"/>
              </w:rPr>
            </w:pPr>
            <w:r w:rsidRPr="00EA1B74">
              <w:rPr>
                <w:b/>
                <w:color w:val="FFFFFF"/>
                <w:sz w:val="24"/>
                <w:szCs w:val="24"/>
              </w:rPr>
              <w:t>THE CONFLICT</w:t>
            </w:r>
          </w:p>
        </w:tc>
      </w:tr>
    </w:tbl>
    <w:p w14:paraId="1C82360E" w14:textId="77777777" w:rsidR="00C90919" w:rsidRPr="00EA1B74" w:rsidRDefault="00C90919">
      <w:pPr>
        <w:spacing w:after="20"/>
        <w:rPr>
          <w:sz w:val="22"/>
          <w:szCs w:val="24"/>
        </w:rPr>
      </w:pPr>
    </w:p>
    <w:p w14:paraId="4A60871C" w14:textId="77777777" w:rsidR="00C90919" w:rsidRPr="00EA1B74" w:rsidRDefault="00000000">
      <w:pPr>
        <w:spacing w:after="120"/>
        <w:rPr>
          <w:sz w:val="22"/>
          <w:szCs w:val="24"/>
        </w:rPr>
      </w:pPr>
      <w:r w:rsidRPr="00EA1B74">
        <w:rPr>
          <w:sz w:val="22"/>
          <w:szCs w:val="24"/>
        </w:rPr>
        <w:t>Pat Pig recently built a new brick house in the Enchanted Forest. Shortly after construction was completed, the Big Bad Wolf arrived at the house. According to Pat, the Wolf threatened to blow the house down and repeatedly blew against the house, damaging the chimney, front door, and several windows.</w:t>
      </w:r>
    </w:p>
    <w:p w14:paraId="742C16B5" w14:textId="77777777" w:rsidR="00C90919" w:rsidRPr="00EA1B74" w:rsidRDefault="00000000">
      <w:pPr>
        <w:spacing w:after="120"/>
        <w:rPr>
          <w:sz w:val="22"/>
          <w:szCs w:val="24"/>
        </w:rPr>
      </w:pPr>
      <w:r w:rsidRPr="00EA1B74">
        <w:rPr>
          <w:sz w:val="22"/>
          <w:szCs w:val="24"/>
        </w:rPr>
        <w:t xml:space="preserve">The Wolf tells a different story. He says he was simply trying to visit Pat to discuss a disagreement between them. According to </w:t>
      </w:r>
      <w:proofErr w:type="gramStart"/>
      <w:r w:rsidRPr="00EA1B74">
        <w:rPr>
          <w:sz w:val="22"/>
          <w:szCs w:val="24"/>
        </w:rPr>
        <w:t>the Wolf</w:t>
      </w:r>
      <w:proofErr w:type="gramEnd"/>
      <w:r w:rsidRPr="00EA1B74">
        <w:rPr>
          <w:sz w:val="22"/>
          <w:szCs w:val="24"/>
        </w:rPr>
        <w:t>, he suffers from severe seasonal allergies and accidentally damaged the house during an uncontrollable sneezing attack.</w:t>
      </w:r>
    </w:p>
    <w:p w14:paraId="5A702047" w14:textId="342608BD" w:rsidR="00C90919" w:rsidRPr="00EA1B74" w:rsidRDefault="00000000">
      <w:pPr>
        <w:spacing w:after="120"/>
        <w:rPr>
          <w:sz w:val="22"/>
          <w:szCs w:val="24"/>
        </w:rPr>
      </w:pPr>
      <w:r w:rsidRPr="00EA1B74">
        <w:rPr>
          <w:sz w:val="22"/>
          <w:szCs w:val="24"/>
        </w:rPr>
        <w:t xml:space="preserve">Pat wants the Wolf to pay for the repairs and publicly </w:t>
      </w:r>
      <w:proofErr w:type="gramStart"/>
      <w:r w:rsidRPr="00EA1B74">
        <w:rPr>
          <w:sz w:val="22"/>
          <w:szCs w:val="24"/>
        </w:rPr>
        <w:t>apologize</w:t>
      </w:r>
      <w:proofErr w:type="gramEnd"/>
      <w:r w:rsidRPr="00EA1B74">
        <w:rPr>
          <w:sz w:val="22"/>
          <w:szCs w:val="24"/>
        </w:rPr>
        <w:t xml:space="preserve">. The Wolf does not believe he should have to pay the full amount </w:t>
      </w:r>
      <w:r w:rsidR="00A32C22" w:rsidRPr="00EA1B74">
        <w:rPr>
          <w:sz w:val="22"/>
          <w:szCs w:val="24"/>
        </w:rPr>
        <w:t>since the structure of the house appears to be poorly made. He</w:t>
      </w:r>
      <w:r w:rsidRPr="00EA1B74">
        <w:rPr>
          <w:sz w:val="22"/>
          <w:szCs w:val="24"/>
        </w:rPr>
        <w:t xml:space="preserve"> is </w:t>
      </w:r>
      <w:r w:rsidR="00E67AD0" w:rsidRPr="00EA1B74">
        <w:rPr>
          <w:sz w:val="22"/>
          <w:szCs w:val="24"/>
        </w:rPr>
        <w:t xml:space="preserve">also </w:t>
      </w:r>
      <w:r w:rsidRPr="00EA1B74">
        <w:rPr>
          <w:sz w:val="22"/>
          <w:szCs w:val="24"/>
        </w:rPr>
        <w:t>tired of everyone in the Enchanted Forest calling him 'Big Bad.' The parties have agreed to mediation.</w:t>
      </w:r>
    </w:p>
    <w:tbl>
      <w:tblPr>
        <w:tblW w:w="0" w:type="auto"/>
        <w:tblLayout w:type="fixed"/>
        <w:tblLook w:val="04A0" w:firstRow="1" w:lastRow="0" w:firstColumn="1" w:lastColumn="0" w:noHBand="0" w:noVBand="1"/>
      </w:tblPr>
      <w:tblGrid>
        <w:gridCol w:w="10224"/>
      </w:tblGrid>
      <w:tr w:rsidR="00C90919" w:rsidRPr="00EA1B74" w14:paraId="1B518597" w14:textId="77777777">
        <w:tc>
          <w:tcPr>
            <w:tcW w:w="10224" w:type="dxa"/>
            <w:shd w:val="clear" w:color="auto" w:fill="17365D"/>
            <w:tcMar>
              <w:top w:w="70" w:type="dxa"/>
              <w:left w:w="120" w:type="dxa"/>
              <w:bottom w:w="70" w:type="dxa"/>
              <w:right w:w="120" w:type="dxa"/>
            </w:tcMar>
          </w:tcPr>
          <w:p w14:paraId="1A932DD2" w14:textId="77777777" w:rsidR="00C90919" w:rsidRPr="00EA1B74" w:rsidRDefault="00000000">
            <w:pPr>
              <w:spacing w:after="0"/>
              <w:rPr>
                <w:sz w:val="22"/>
                <w:szCs w:val="24"/>
              </w:rPr>
            </w:pPr>
            <w:r w:rsidRPr="00EA1B74">
              <w:rPr>
                <w:b/>
                <w:color w:val="FFFFFF"/>
                <w:sz w:val="24"/>
                <w:szCs w:val="24"/>
              </w:rPr>
              <w:t>ROLES</w:t>
            </w:r>
          </w:p>
        </w:tc>
      </w:tr>
    </w:tbl>
    <w:p w14:paraId="217EC374" w14:textId="77777777" w:rsidR="00C90919" w:rsidRPr="00EA1B74" w:rsidRDefault="00C90919">
      <w:pPr>
        <w:spacing w:after="20"/>
        <w:rPr>
          <w:sz w:val="22"/>
          <w:szCs w:val="24"/>
        </w:rPr>
      </w:pPr>
    </w:p>
    <w:tbl>
      <w:tblPr>
        <w:tblW w:w="0" w:type="auto"/>
        <w:tblLayout w:type="fixed"/>
        <w:tblLook w:val="04A0" w:firstRow="1" w:lastRow="0" w:firstColumn="1" w:lastColumn="0" w:noHBand="0" w:noVBand="1"/>
      </w:tblPr>
      <w:tblGrid>
        <w:gridCol w:w="5112"/>
        <w:gridCol w:w="5112"/>
      </w:tblGrid>
      <w:tr w:rsidR="00C90919" w:rsidRPr="00EA1B74" w14:paraId="5DB5CFC5" w14:textId="77777777">
        <w:tc>
          <w:tcPr>
            <w:tcW w:w="5112" w:type="dxa"/>
            <w:shd w:val="clear" w:color="auto" w:fill="EAF3F4"/>
            <w:tcMar>
              <w:top w:w="75" w:type="dxa"/>
              <w:left w:w="110" w:type="dxa"/>
              <w:bottom w:w="75" w:type="dxa"/>
              <w:right w:w="110" w:type="dxa"/>
            </w:tcMar>
            <w:vAlign w:val="center"/>
          </w:tcPr>
          <w:p w14:paraId="171D0B91" w14:textId="77777777" w:rsidR="00C90919" w:rsidRPr="00EA1B74" w:rsidRDefault="00000000">
            <w:pPr>
              <w:spacing w:after="0"/>
              <w:rPr>
                <w:sz w:val="22"/>
                <w:szCs w:val="24"/>
              </w:rPr>
            </w:pPr>
            <w:r w:rsidRPr="00EA1B74">
              <w:rPr>
                <w:b/>
                <w:color w:val="17365D"/>
                <w:sz w:val="22"/>
                <w:szCs w:val="24"/>
              </w:rPr>
              <w:t xml:space="preserve">Mediator A: </w:t>
            </w:r>
            <w:r w:rsidRPr="00EA1B74">
              <w:rPr>
                <w:sz w:val="22"/>
                <w:szCs w:val="24"/>
              </w:rPr>
              <w:t>Goldilocks</w:t>
            </w:r>
          </w:p>
        </w:tc>
        <w:tc>
          <w:tcPr>
            <w:tcW w:w="5112" w:type="dxa"/>
            <w:shd w:val="clear" w:color="auto" w:fill="EAF3F4"/>
            <w:tcMar>
              <w:top w:w="75" w:type="dxa"/>
              <w:left w:w="110" w:type="dxa"/>
              <w:bottom w:w="75" w:type="dxa"/>
              <w:right w:w="110" w:type="dxa"/>
            </w:tcMar>
            <w:vAlign w:val="center"/>
          </w:tcPr>
          <w:p w14:paraId="505165A8" w14:textId="77777777" w:rsidR="00C90919" w:rsidRPr="00EA1B74" w:rsidRDefault="00000000">
            <w:pPr>
              <w:spacing w:after="0"/>
              <w:rPr>
                <w:sz w:val="22"/>
                <w:szCs w:val="24"/>
              </w:rPr>
            </w:pPr>
            <w:r w:rsidRPr="00EA1B74">
              <w:rPr>
                <w:b/>
                <w:color w:val="17365D"/>
                <w:sz w:val="22"/>
                <w:szCs w:val="24"/>
              </w:rPr>
              <w:t xml:space="preserve">Mediator B: </w:t>
            </w:r>
            <w:r w:rsidRPr="00EA1B74">
              <w:rPr>
                <w:sz w:val="22"/>
                <w:szCs w:val="24"/>
              </w:rPr>
              <w:t>Little Red Riding Hood</w:t>
            </w:r>
          </w:p>
        </w:tc>
      </w:tr>
      <w:tr w:rsidR="00C90919" w:rsidRPr="00EA1B74" w14:paraId="3F44FBA3" w14:textId="77777777">
        <w:tc>
          <w:tcPr>
            <w:tcW w:w="5112" w:type="dxa"/>
            <w:shd w:val="clear" w:color="auto" w:fill="EAF3F4"/>
            <w:tcMar>
              <w:top w:w="75" w:type="dxa"/>
              <w:left w:w="110" w:type="dxa"/>
              <w:bottom w:w="75" w:type="dxa"/>
              <w:right w:w="110" w:type="dxa"/>
            </w:tcMar>
            <w:vAlign w:val="center"/>
          </w:tcPr>
          <w:p w14:paraId="22F0AE6E" w14:textId="77777777" w:rsidR="00C90919" w:rsidRPr="00EA1B74" w:rsidRDefault="00000000">
            <w:pPr>
              <w:spacing w:after="0"/>
              <w:rPr>
                <w:sz w:val="22"/>
                <w:szCs w:val="24"/>
              </w:rPr>
            </w:pPr>
            <w:r w:rsidRPr="00EA1B74">
              <w:rPr>
                <w:b/>
                <w:color w:val="17365D"/>
                <w:sz w:val="22"/>
                <w:szCs w:val="24"/>
              </w:rPr>
              <w:t xml:space="preserve">Plaintiff Advocate: </w:t>
            </w:r>
            <w:r w:rsidRPr="00EA1B74">
              <w:rPr>
                <w:sz w:val="22"/>
                <w:szCs w:val="24"/>
              </w:rPr>
              <w:t>Cinderella</w:t>
            </w:r>
          </w:p>
        </w:tc>
        <w:tc>
          <w:tcPr>
            <w:tcW w:w="5112" w:type="dxa"/>
            <w:shd w:val="clear" w:color="auto" w:fill="EAF3F4"/>
            <w:tcMar>
              <w:top w:w="75" w:type="dxa"/>
              <w:left w:w="110" w:type="dxa"/>
              <w:bottom w:w="75" w:type="dxa"/>
              <w:right w:w="110" w:type="dxa"/>
            </w:tcMar>
            <w:vAlign w:val="center"/>
          </w:tcPr>
          <w:p w14:paraId="06608117" w14:textId="77777777" w:rsidR="00C90919" w:rsidRPr="00EA1B74" w:rsidRDefault="00000000">
            <w:pPr>
              <w:spacing w:after="0"/>
              <w:rPr>
                <w:sz w:val="22"/>
                <w:szCs w:val="24"/>
              </w:rPr>
            </w:pPr>
            <w:r w:rsidRPr="00EA1B74">
              <w:rPr>
                <w:b/>
                <w:color w:val="17365D"/>
                <w:sz w:val="22"/>
                <w:szCs w:val="24"/>
              </w:rPr>
              <w:t xml:space="preserve">Plaintiff Client: </w:t>
            </w:r>
            <w:r w:rsidRPr="00EA1B74">
              <w:rPr>
                <w:sz w:val="22"/>
                <w:szCs w:val="24"/>
              </w:rPr>
              <w:t>Pat Pig</w:t>
            </w:r>
          </w:p>
        </w:tc>
      </w:tr>
      <w:tr w:rsidR="00C90919" w:rsidRPr="00EA1B74" w14:paraId="11AD9E4C" w14:textId="77777777">
        <w:tc>
          <w:tcPr>
            <w:tcW w:w="5112" w:type="dxa"/>
            <w:shd w:val="clear" w:color="auto" w:fill="EAF3F4"/>
            <w:tcMar>
              <w:top w:w="75" w:type="dxa"/>
              <w:left w:w="110" w:type="dxa"/>
              <w:bottom w:w="75" w:type="dxa"/>
              <w:right w:w="110" w:type="dxa"/>
            </w:tcMar>
            <w:vAlign w:val="center"/>
          </w:tcPr>
          <w:p w14:paraId="54768377" w14:textId="77777777" w:rsidR="00C90919" w:rsidRPr="00EA1B74" w:rsidRDefault="00000000">
            <w:pPr>
              <w:spacing w:after="0"/>
              <w:rPr>
                <w:sz w:val="22"/>
                <w:szCs w:val="24"/>
              </w:rPr>
            </w:pPr>
            <w:r w:rsidRPr="00EA1B74">
              <w:rPr>
                <w:b/>
                <w:color w:val="17365D"/>
                <w:sz w:val="22"/>
                <w:szCs w:val="24"/>
              </w:rPr>
              <w:t xml:space="preserve">Defense Advocate: </w:t>
            </w:r>
            <w:proofErr w:type="spellStart"/>
            <w:r w:rsidRPr="00EA1B74">
              <w:rPr>
                <w:sz w:val="22"/>
                <w:szCs w:val="24"/>
              </w:rPr>
              <w:t>Humpty</w:t>
            </w:r>
            <w:proofErr w:type="spellEnd"/>
            <w:r w:rsidRPr="00EA1B74">
              <w:rPr>
                <w:sz w:val="22"/>
                <w:szCs w:val="24"/>
              </w:rPr>
              <w:t xml:space="preserve"> Dumpty</w:t>
            </w:r>
          </w:p>
        </w:tc>
        <w:tc>
          <w:tcPr>
            <w:tcW w:w="5112" w:type="dxa"/>
            <w:shd w:val="clear" w:color="auto" w:fill="EAF3F4"/>
            <w:tcMar>
              <w:top w:w="75" w:type="dxa"/>
              <w:left w:w="110" w:type="dxa"/>
              <w:bottom w:w="75" w:type="dxa"/>
              <w:right w:w="110" w:type="dxa"/>
            </w:tcMar>
            <w:vAlign w:val="center"/>
          </w:tcPr>
          <w:p w14:paraId="619E519B" w14:textId="77777777" w:rsidR="00C90919" w:rsidRPr="00EA1B74" w:rsidRDefault="00000000">
            <w:pPr>
              <w:spacing w:after="0"/>
              <w:rPr>
                <w:sz w:val="22"/>
                <w:szCs w:val="24"/>
              </w:rPr>
            </w:pPr>
            <w:r w:rsidRPr="00EA1B74">
              <w:rPr>
                <w:b/>
                <w:color w:val="17365D"/>
                <w:sz w:val="22"/>
                <w:szCs w:val="24"/>
              </w:rPr>
              <w:t xml:space="preserve">Defense Client: </w:t>
            </w:r>
            <w:r w:rsidRPr="00EA1B74">
              <w:rPr>
                <w:sz w:val="22"/>
                <w:szCs w:val="24"/>
              </w:rPr>
              <w:t>The Big Bad Wolf</w:t>
            </w:r>
          </w:p>
        </w:tc>
      </w:tr>
    </w:tbl>
    <w:p w14:paraId="4C9E8E2B" w14:textId="77777777" w:rsidR="00C90919" w:rsidRPr="00EA1B74" w:rsidRDefault="00C90919">
      <w:pPr>
        <w:spacing w:after="20"/>
        <w:rPr>
          <w:sz w:val="22"/>
          <w:szCs w:val="24"/>
        </w:rPr>
      </w:pPr>
    </w:p>
    <w:tbl>
      <w:tblPr>
        <w:tblW w:w="0" w:type="auto"/>
        <w:tblLayout w:type="fixed"/>
        <w:tblLook w:val="04A0" w:firstRow="1" w:lastRow="0" w:firstColumn="1" w:lastColumn="0" w:noHBand="0" w:noVBand="1"/>
      </w:tblPr>
      <w:tblGrid>
        <w:gridCol w:w="10224"/>
      </w:tblGrid>
      <w:tr w:rsidR="00C90919" w:rsidRPr="00EA1B74" w14:paraId="78BE5037" w14:textId="77777777">
        <w:tc>
          <w:tcPr>
            <w:tcW w:w="10224" w:type="dxa"/>
            <w:shd w:val="clear" w:color="auto" w:fill="17365D"/>
            <w:tcMar>
              <w:top w:w="70" w:type="dxa"/>
              <w:left w:w="120" w:type="dxa"/>
              <w:bottom w:w="70" w:type="dxa"/>
              <w:right w:w="120" w:type="dxa"/>
            </w:tcMar>
          </w:tcPr>
          <w:p w14:paraId="79C0E92D" w14:textId="77777777" w:rsidR="00C90919" w:rsidRPr="00EA1B74" w:rsidRDefault="00000000">
            <w:pPr>
              <w:spacing w:after="0"/>
              <w:rPr>
                <w:sz w:val="22"/>
                <w:szCs w:val="24"/>
              </w:rPr>
            </w:pPr>
            <w:r w:rsidRPr="00EA1B74">
              <w:rPr>
                <w:b/>
                <w:color w:val="FFFFFF"/>
                <w:sz w:val="24"/>
                <w:szCs w:val="24"/>
              </w:rPr>
              <w:t xml:space="preserve">MEDIATOR </w:t>
            </w:r>
            <w:proofErr w:type="gramStart"/>
            <w:r w:rsidRPr="00EA1B74">
              <w:rPr>
                <w:b/>
                <w:color w:val="FFFFFF"/>
                <w:sz w:val="24"/>
                <w:szCs w:val="24"/>
              </w:rPr>
              <w:t>A</w:t>
            </w:r>
            <w:proofErr w:type="gramEnd"/>
            <w:r w:rsidRPr="00EA1B74">
              <w:rPr>
                <w:b/>
                <w:color w:val="FFFFFF"/>
                <w:sz w:val="24"/>
                <w:szCs w:val="24"/>
              </w:rPr>
              <w:t xml:space="preserve"> OPENING STATEMENT</w:t>
            </w:r>
          </w:p>
        </w:tc>
      </w:tr>
    </w:tbl>
    <w:p w14:paraId="38184B56" w14:textId="77777777" w:rsidR="00C90919" w:rsidRPr="00EA1B74" w:rsidRDefault="00C90919">
      <w:pPr>
        <w:spacing w:after="20"/>
        <w:rPr>
          <w:sz w:val="22"/>
          <w:szCs w:val="24"/>
        </w:rPr>
      </w:pPr>
    </w:p>
    <w:p w14:paraId="170EF7BD"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Good morning. My name is Goldilocks, and Little Red Riding Hood and I will be your co-mediators today. Thank you for being here.</w:t>
      </w:r>
    </w:p>
    <w:p w14:paraId="3442CACD"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 xml:space="preserve">Our role is to help you have a productive conversation about this conflict and explore possible solutions. We are neutral, which means we are not here to decide who is right or wrong. We also will not </w:t>
      </w:r>
      <w:proofErr w:type="gramStart"/>
      <w:r w:rsidRPr="00EA1B74">
        <w:rPr>
          <w:sz w:val="22"/>
          <w:szCs w:val="24"/>
        </w:rPr>
        <w:t>make a decision</w:t>
      </w:r>
      <w:proofErr w:type="gramEnd"/>
      <w:r w:rsidRPr="00EA1B74">
        <w:rPr>
          <w:sz w:val="22"/>
          <w:szCs w:val="24"/>
        </w:rPr>
        <w:t xml:space="preserve"> for you. Any agreement reached today will be </w:t>
      </w:r>
      <w:proofErr w:type="gramStart"/>
      <w:r w:rsidRPr="00EA1B74">
        <w:rPr>
          <w:sz w:val="22"/>
          <w:szCs w:val="24"/>
        </w:rPr>
        <w:t>created</w:t>
      </w:r>
      <w:proofErr w:type="gramEnd"/>
      <w:r w:rsidRPr="00EA1B74">
        <w:rPr>
          <w:sz w:val="22"/>
          <w:szCs w:val="24"/>
        </w:rPr>
        <w:t xml:space="preserve"> by the two of you.</w:t>
      </w:r>
    </w:p>
    <w:p w14:paraId="016AFCB5"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We ask that everyone speak respectfully, listen when someone else is talking, and make a genuine effort to understand the other side's concerns. We may ask questions or summarize what we hear to make sure we understand each person's perspective.</w:t>
      </w:r>
    </w:p>
    <w:p w14:paraId="006D6441" w14:textId="1F6E0027" w:rsidR="00C90919" w:rsidRPr="00EA1B74" w:rsidRDefault="00000000">
      <w:pPr>
        <w:rPr>
          <w:sz w:val="22"/>
          <w:szCs w:val="24"/>
        </w:rPr>
      </w:pPr>
      <w:r w:rsidRPr="00EA1B74">
        <w:rPr>
          <w:b/>
          <w:color w:val="17365D"/>
          <w:sz w:val="22"/>
          <w:szCs w:val="24"/>
        </w:rPr>
        <w:t xml:space="preserve">GOLDILOCKS: </w:t>
      </w:r>
      <w:r w:rsidRPr="00EA1B74">
        <w:rPr>
          <w:sz w:val="22"/>
          <w:szCs w:val="24"/>
        </w:rPr>
        <w:t>Little Red will explain what you can expect during today's mediation.</w:t>
      </w:r>
      <w:r w:rsidR="00D95FCA">
        <w:rPr>
          <w:sz w:val="22"/>
          <w:szCs w:val="24"/>
        </w:rPr>
        <w:br/>
      </w:r>
    </w:p>
    <w:tbl>
      <w:tblPr>
        <w:tblW w:w="0" w:type="auto"/>
        <w:tblLayout w:type="fixed"/>
        <w:tblLook w:val="04A0" w:firstRow="1" w:lastRow="0" w:firstColumn="1" w:lastColumn="0" w:noHBand="0" w:noVBand="1"/>
      </w:tblPr>
      <w:tblGrid>
        <w:gridCol w:w="10224"/>
      </w:tblGrid>
      <w:tr w:rsidR="00C90919" w:rsidRPr="00EA1B74" w14:paraId="7B75A35E" w14:textId="77777777">
        <w:tc>
          <w:tcPr>
            <w:tcW w:w="10224" w:type="dxa"/>
            <w:shd w:val="clear" w:color="auto" w:fill="17365D"/>
            <w:tcMar>
              <w:top w:w="70" w:type="dxa"/>
              <w:left w:w="120" w:type="dxa"/>
              <w:bottom w:w="70" w:type="dxa"/>
              <w:right w:w="120" w:type="dxa"/>
            </w:tcMar>
          </w:tcPr>
          <w:p w14:paraId="7FABC370" w14:textId="77777777" w:rsidR="00C90919" w:rsidRPr="00EA1B74" w:rsidRDefault="00000000">
            <w:pPr>
              <w:spacing w:after="0"/>
              <w:rPr>
                <w:sz w:val="22"/>
                <w:szCs w:val="24"/>
              </w:rPr>
            </w:pPr>
            <w:r w:rsidRPr="00EA1B74">
              <w:rPr>
                <w:b/>
                <w:color w:val="FFFFFF"/>
                <w:sz w:val="24"/>
                <w:szCs w:val="24"/>
              </w:rPr>
              <w:t>MEDIATOR B OPENING STATEMENT</w:t>
            </w:r>
          </w:p>
        </w:tc>
      </w:tr>
    </w:tbl>
    <w:p w14:paraId="6B095298" w14:textId="77777777" w:rsidR="00C90919" w:rsidRPr="00EA1B74" w:rsidRDefault="00C90919">
      <w:pPr>
        <w:spacing w:after="20"/>
        <w:rPr>
          <w:sz w:val="22"/>
          <w:szCs w:val="24"/>
        </w:rPr>
      </w:pPr>
    </w:p>
    <w:p w14:paraId="5FB27E63"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Thank you, Goldilocks.</w:t>
      </w:r>
    </w:p>
    <w:p w14:paraId="5DA78ED4"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We will begin by hearing an opening statement from each side. After that, we will have a conference where everyone can discuss the conflict together.</w:t>
      </w:r>
    </w:p>
    <w:p w14:paraId="001F4651" w14:textId="77777777" w:rsidR="00C90919" w:rsidRPr="00EA1B74" w:rsidRDefault="00000000">
      <w:pPr>
        <w:rPr>
          <w:sz w:val="22"/>
          <w:szCs w:val="24"/>
        </w:rPr>
      </w:pPr>
      <w:r w:rsidRPr="00EA1B74">
        <w:rPr>
          <w:b/>
          <w:color w:val="17365D"/>
          <w:sz w:val="22"/>
          <w:szCs w:val="24"/>
        </w:rPr>
        <w:lastRenderedPageBreak/>
        <w:t xml:space="preserve">LITTLE RED RIDING HOOD: </w:t>
      </w:r>
      <w:r w:rsidRPr="00EA1B74">
        <w:rPr>
          <w:sz w:val="22"/>
          <w:szCs w:val="24"/>
        </w:rPr>
        <w:t>Later, each side will have an opportunity to meet privately with one of us in a caucus. What you tell a mediator during a caucus will remain confidential unless you give us permission to share it with the other side.</w:t>
      </w:r>
    </w:p>
    <w:p w14:paraId="4AD94919"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 xml:space="preserve">After the caucuses, everyone will come back together for a final conference. At that point, we will explore possible solutions and see whether there are any terms you can both agree </w:t>
      </w:r>
      <w:proofErr w:type="gramStart"/>
      <w:r w:rsidRPr="00EA1B74">
        <w:rPr>
          <w:sz w:val="22"/>
          <w:szCs w:val="24"/>
        </w:rPr>
        <w:t>to</w:t>
      </w:r>
      <w:proofErr w:type="gramEnd"/>
      <w:r w:rsidRPr="00EA1B74">
        <w:rPr>
          <w:sz w:val="22"/>
          <w:szCs w:val="24"/>
        </w:rPr>
        <w:t>.</w:t>
      </w:r>
    </w:p>
    <w:p w14:paraId="0CD61C5A"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Does anyone have any questions before we begin?</w:t>
      </w:r>
    </w:p>
    <w:p w14:paraId="0D0A6983"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No.</w:t>
      </w:r>
    </w:p>
    <w:p w14:paraId="637E7EA2"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No.</w:t>
      </w:r>
    </w:p>
    <w:p w14:paraId="06CD07F6"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Great. Cinderella, you may begin with the plaintiff's opening statement.</w:t>
      </w:r>
    </w:p>
    <w:tbl>
      <w:tblPr>
        <w:tblW w:w="0" w:type="auto"/>
        <w:tblLayout w:type="fixed"/>
        <w:tblLook w:val="04A0" w:firstRow="1" w:lastRow="0" w:firstColumn="1" w:lastColumn="0" w:noHBand="0" w:noVBand="1"/>
      </w:tblPr>
      <w:tblGrid>
        <w:gridCol w:w="10224"/>
      </w:tblGrid>
      <w:tr w:rsidR="00C90919" w:rsidRPr="00EA1B74" w14:paraId="4835024D" w14:textId="77777777">
        <w:tc>
          <w:tcPr>
            <w:tcW w:w="10224" w:type="dxa"/>
            <w:shd w:val="clear" w:color="auto" w:fill="17365D"/>
            <w:tcMar>
              <w:top w:w="70" w:type="dxa"/>
              <w:left w:w="120" w:type="dxa"/>
              <w:bottom w:w="70" w:type="dxa"/>
              <w:right w:w="120" w:type="dxa"/>
            </w:tcMar>
          </w:tcPr>
          <w:p w14:paraId="02B72C8E" w14:textId="77777777" w:rsidR="00C90919" w:rsidRPr="00EA1B74" w:rsidRDefault="00000000">
            <w:pPr>
              <w:spacing w:after="0"/>
              <w:rPr>
                <w:sz w:val="22"/>
                <w:szCs w:val="24"/>
              </w:rPr>
            </w:pPr>
            <w:r w:rsidRPr="00EA1B74">
              <w:rPr>
                <w:b/>
                <w:color w:val="FFFFFF"/>
                <w:sz w:val="24"/>
                <w:szCs w:val="24"/>
              </w:rPr>
              <w:t>PLAINTIFF OPENING STATEMENT</w:t>
            </w:r>
          </w:p>
        </w:tc>
      </w:tr>
    </w:tbl>
    <w:p w14:paraId="34A61F17" w14:textId="77777777" w:rsidR="00C90919" w:rsidRPr="00EA1B74" w:rsidRDefault="00C90919">
      <w:pPr>
        <w:spacing w:after="20"/>
        <w:rPr>
          <w:sz w:val="22"/>
          <w:szCs w:val="24"/>
        </w:rPr>
      </w:pPr>
    </w:p>
    <w:p w14:paraId="64037B09" w14:textId="77777777" w:rsidR="00C90919" w:rsidRPr="00EA1B74" w:rsidRDefault="00000000">
      <w:pPr>
        <w:rPr>
          <w:sz w:val="22"/>
          <w:szCs w:val="24"/>
        </w:rPr>
      </w:pPr>
      <w:r w:rsidRPr="00EA1B74">
        <w:rPr>
          <w:b/>
          <w:color w:val="17365D"/>
          <w:sz w:val="22"/>
          <w:szCs w:val="24"/>
        </w:rPr>
        <w:t xml:space="preserve">CINDERELLA: </w:t>
      </w:r>
      <w:r w:rsidRPr="00EA1B74">
        <w:rPr>
          <w:sz w:val="22"/>
          <w:szCs w:val="24"/>
        </w:rPr>
        <w:t>Thank you. Pat spent months building a new home and was extremely proud of it. Shortly after Pat moved in, the Wolf came to the property and repeatedly blew toward the house. Pat's chimney, front door, and several windows were damaged.</w:t>
      </w:r>
    </w:p>
    <w:p w14:paraId="7494059F" w14:textId="77777777" w:rsidR="00C90919" w:rsidRPr="00EA1B74" w:rsidRDefault="00000000">
      <w:pPr>
        <w:rPr>
          <w:sz w:val="22"/>
          <w:szCs w:val="24"/>
        </w:rPr>
      </w:pPr>
      <w:r w:rsidRPr="00EA1B74">
        <w:rPr>
          <w:b/>
          <w:color w:val="17365D"/>
          <w:sz w:val="22"/>
          <w:szCs w:val="24"/>
        </w:rPr>
        <w:t xml:space="preserve">CINDERELLA: </w:t>
      </w:r>
      <w:r w:rsidRPr="00EA1B74">
        <w:rPr>
          <w:sz w:val="22"/>
          <w:szCs w:val="24"/>
        </w:rPr>
        <w:t>Pat believes the Wolf should take responsibility for the damage. The estimated cost of repairs is 1,500 gold coins. Pat is also concerned about what could happen if the Wolf behaves this way again.</w:t>
      </w:r>
    </w:p>
    <w:p w14:paraId="6DA8A08A" w14:textId="77777777" w:rsidR="00C90919" w:rsidRPr="00EA1B74" w:rsidRDefault="00000000">
      <w:pPr>
        <w:rPr>
          <w:sz w:val="22"/>
          <w:szCs w:val="24"/>
        </w:rPr>
      </w:pPr>
      <w:r w:rsidRPr="00EA1B74">
        <w:rPr>
          <w:b/>
          <w:color w:val="17365D"/>
          <w:sz w:val="22"/>
          <w:szCs w:val="24"/>
        </w:rPr>
        <w:t xml:space="preserve">CINDERELLA: </w:t>
      </w:r>
      <w:r w:rsidRPr="00EA1B74">
        <w:rPr>
          <w:sz w:val="22"/>
          <w:szCs w:val="24"/>
        </w:rPr>
        <w:t>We are here because Pat would like the property repaired, but Pat is also willing to discuss other ways the Wolf could take responsibility and make sure this does not happen again.</w:t>
      </w:r>
    </w:p>
    <w:p w14:paraId="7923D108" w14:textId="5A088CC4" w:rsidR="00C90919" w:rsidRPr="00EA1B74" w:rsidRDefault="00000000">
      <w:pPr>
        <w:rPr>
          <w:sz w:val="22"/>
          <w:szCs w:val="24"/>
        </w:rPr>
      </w:pPr>
      <w:r w:rsidRPr="00EA1B74">
        <w:rPr>
          <w:b/>
          <w:color w:val="17365D"/>
          <w:sz w:val="22"/>
          <w:szCs w:val="24"/>
        </w:rPr>
        <w:t xml:space="preserve">PAT PIG: </w:t>
      </w:r>
      <w:r w:rsidRPr="00EA1B74">
        <w:rPr>
          <w:sz w:val="22"/>
          <w:szCs w:val="24"/>
        </w:rPr>
        <w:t xml:space="preserve">I also want people to understand that I worked </w:t>
      </w:r>
      <w:proofErr w:type="gramStart"/>
      <w:r w:rsidRPr="00EA1B74">
        <w:rPr>
          <w:sz w:val="22"/>
          <w:szCs w:val="24"/>
        </w:rPr>
        <w:t>really hard</w:t>
      </w:r>
      <w:proofErr w:type="gramEnd"/>
      <w:r w:rsidRPr="00EA1B74">
        <w:rPr>
          <w:sz w:val="22"/>
          <w:szCs w:val="24"/>
        </w:rPr>
        <w:t xml:space="preserve"> on that house. Seeing it damaged was upsetting, and I don't want to spend every day wondering whether the Wolf is going to come back.</w:t>
      </w:r>
      <w:r w:rsidR="00D95FCA">
        <w:rPr>
          <w:sz w:val="22"/>
          <w:szCs w:val="24"/>
        </w:rPr>
        <w:br/>
      </w:r>
    </w:p>
    <w:tbl>
      <w:tblPr>
        <w:tblW w:w="0" w:type="auto"/>
        <w:tblLayout w:type="fixed"/>
        <w:tblLook w:val="04A0" w:firstRow="1" w:lastRow="0" w:firstColumn="1" w:lastColumn="0" w:noHBand="0" w:noVBand="1"/>
      </w:tblPr>
      <w:tblGrid>
        <w:gridCol w:w="10224"/>
      </w:tblGrid>
      <w:tr w:rsidR="00C90919" w:rsidRPr="00EA1B74" w14:paraId="045AD069" w14:textId="77777777">
        <w:tc>
          <w:tcPr>
            <w:tcW w:w="10224" w:type="dxa"/>
            <w:shd w:val="clear" w:color="auto" w:fill="17365D"/>
            <w:tcMar>
              <w:top w:w="70" w:type="dxa"/>
              <w:left w:w="120" w:type="dxa"/>
              <w:bottom w:w="70" w:type="dxa"/>
              <w:right w:w="120" w:type="dxa"/>
            </w:tcMar>
          </w:tcPr>
          <w:p w14:paraId="6E170655" w14:textId="77777777" w:rsidR="00C90919" w:rsidRPr="00EA1B74" w:rsidRDefault="00000000">
            <w:pPr>
              <w:spacing w:after="0"/>
              <w:rPr>
                <w:sz w:val="22"/>
                <w:szCs w:val="24"/>
              </w:rPr>
            </w:pPr>
            <w:r w:rsidRPr="00EA1B74">
              <w:rPr>
                <w:b/>
                <w:color w:val="FFFFFF"/>
                <w:sz w:val="24"/>
                <w:szCs w:val="24"/>
              </w:rPr>
              <w:t>DEFENSE OPENING STATEMENT</w:t>
            </w:r>
          </w:p>
        </w:tc>
      </w:tr>
    </w:tbl>
    <w:p w14:paraId="2AFA046B" w14:textId="77777777" w:rsidR="00C90919" w:rsidRPr="00EA1B74" w:rsidRDefault="00C90919">
      <w:pPr>
        <w:spacing w:after="20"/>
        <w:rPr>
          <w:sz w:val="22"/>
          <w:szCs w:val="24"/>
        </w:rPr>
      </w:pPr>
    </w:p>
    <w:p w14:paraId="54884028" w14:textId="77777777" w:rsidR="00C90919" w:rsidRPr="00EA1B74" w:rsidRDefault="00000000">
      <w:pPr>
        <w:rPr>
          <w:sz w:val="22"/>
          <w:szCs w:val="24"/>
        </w:rPr>
      </w:pPr>
      <w:r w:rsidRPr="00EA1B74">
        <w:rPr>
          <w:b/>
          <w:color w:val="17365D"/>
          <w:sz w:val="22"/>
          <w:szCs w:val="24"/>
        </w:rPr>
        <w:t xml:space="preserve">HUMPTY DUMPTY: </w:t>
      </w:r>
      <w:r w:rsidRPr="00EA1B74">
        <w:rPr>
          <w:sz w:val="22"/>
          <w:szCs w:val="24"/>
        </w:rPr>
        <w:t>The Wolf understands that Pat's house was damaged, but he disagrees about how and why it happened.</w:t>
      </w:r>
    </w:p>
    <w:p w14:paraId="0A121CB8" w14:textId="77777777" w:rsidR="00C90919" w:rsidRPr="00EA1B74" w:rsidRDefault="00000000">
      <w:pPr>
        <w:rPr>
          <w:sz w:val="22"/>
          <w:szCs w:val="24"/>
        </w:rPr>
      </w:pPr>
      <w:r w:rsidRPr="00EA1B74">
        <w:rPr>
          <w:b/>
          <w:color w:val="17365D"/>
          <w:sz w:val="22"/>
          <w:szCs w:val="24"/>
        </w:rPr>
        <w:t xml:space="preserve">HUMPTY DUMPTY: </w:t>
      </w:r>
      <w:r w:rsidRPr="00EA1B74">
        <w:rPr>
          <w:sz w:val="22"/>
          <w:szCs w:val="24"/>
        </w:rPr>
        <w:t>The Wolf went to Pat's house because he wanted to talk. Unfortunately, it was a particularly bad pollen day in the Enchanted Forest. The Wolf began sneezing, and some of those sneezes were extremely powerful.</w:t>
      </w:r>
    </w:p>
    <w:p w14:paraId="73E47EAE" w14:textId="5B85EAE3" w:rsidR="00C90919" w:rsidRPr="00EA1B74" w:rsidRDefault="00000000">
      <w:pPr>
        <w:rPr>
          <w:sz w:val="22"/>
          <w:szCs w:val="24"/>
        </w:rPr>
      </w:pPr>
      <w:r w:rsidRPr="00EA1B74">
        <w:rPr>
          <w:b/>
          <w:color w:val="17365D"/>
          <w:sz w:val="22"/>
          <w:szCs w:val="24"/>
        </w:rPr>
        <w:t xml:space="preserve">HUMPTY DUMPTY: </w:t>
      </w:r>
      <w:r w:rsidRPr="00EA1B74">
        <w:rPr>
          <w:sz w:val="22"/>
          <w:szCs w:val="24"/>
        </w:rPr>
        <w:t>The Wolf did not intend to damage Pat's house. He is willing to discuss helping with some of the repairs, but he does not believe it is fair for him to pay the entire 1,500 gold coins</w:t>
      </w:r>
      <w:r w:rsidR="00CF3F4C" w:rsidRPr="00EA1B74">
        <w:rPr>
          <w:sz w:val="22"/>
          <w:szCs w:val="24"/>
        </w:rPr>
        <w:t xml:space="preserve"> when a</w:t>
      </w:r>
      <w:r w:rsidR="0006778D" w:rsidRPr="00EA1B74">
        <w:rPr>
          <w:sz w:val="22"/>
          <w:szCs w:val="24"/>
        </w:rPr>
        <w:t>n</w:t>
      </w:r>
      <w:r w:rsidR="00CF3F4C" w:rsidRPr="00EA1B74">
        <w:rPr>
          <w:sz w:val="22"/>
          <w:szCs w:val="24"/>
        </w:rPr>
        <w:t xml:space="preserve"> allergic reaction could cause damage to the house</w:t>
      </w:r>
      <w:r w:rsidRPr="00EA1B74">
        <w:rPr>
          <w:sz w:val="22"/>
          <w:szCs w:val="24"/>
        </w:rPr>
        <w:t>.</w:t>
      </w:r>
    </w:p>
    <w:p w14:paraId="1FDCD020" w14:textId="150D28AD" w:rsidR="00C90919" w:rsidRPr="00EA1B74" w:rsidRDefault="00000000">
      <w:pPr>
        <w:rPr>
          <w:sz w:val="22"/>
          <w:szCs w:val="24"/>
        </w:rPr>
      </w:pPr>
      <w:r w:rsidRPr="00EA1B74">
        <w:rPr>
          <w:b/>
          <w:color w:val="17365D"/>
          <w:sz w:val="22"/>
          <w:szCs w:val="24"/>
        </w:rPr>
        <w:t xml:space="preserve">BIG BAD WOLF: </w:t>
      </w:r>
      <w:r w:rsidRPr="00EA1B74">
        <w:rPr>
          <w:sz w:val="22"/>
          <w:szCs w:val="24"/>
        </w:rPr>
        <w:t xml:space="preserve">And I would like everyone to stop </w:t>
      </w:r>
      <w:proofErr w:type="gramStart"/>
      <w:r w:rsidRPr="00EA1B74">
        <w:rPr>
          <w:sz w:val="22"/>
          <w:szCs w:val="24"/>
        </w:rPr>
        <w:t>assuming that</w:t>
      </w:r>
      <w:proofErr w:type="gramEnd"/>
      <w:r w:rsidRPr="00EA1B74">
        <w:rPr>
          <w:sz w:val="22"/>
          <w:szCs w:val="24"/>
        </w:rPr>
        <w:t xml:space="preserve"> every time something goes wrong, it's because I'm "big" and "bad." I have allergies. That's not a crime.</w:t>
      </w:r>
      <w:r w:rsidR="00D95FCA">
        <w:rPr>
          <w:sz w:val="22"/>
          <w:szCs w:val="24"/>
        </w:rPr>
        <w:br/>
      </w:r>
    </w:p>
    <w:tbl>
      <w:tblPr>
        <w:tblW w:w="0" w:type="auto"/>
        <w:tblLayout w:type="fixed"/>
        <w:tblLook w:val="04A0" w:firstRow="1" w:lastRow="0" w:firstColumn="1" w:lastColumn="0" w:noHBand="0" w:noVBand="1"/>
      </w:tblPr>
      <w:tblGrid>
        <w:gridCol w:w="10224"/>
      </w:tblGrid>
      <w:tr w:rsidR="00C90919" w:rsidRPr="00EA1B74" w14:paraId="44BC1887" w14:textId="77777777">
        <w:tc>
          <w:tcPr>
            <w:tcW w:w="10224" w:type="dxa"/>
            <w:shd w:val="clear" w:color="auto" w:fill="17365D"/>
            <w:tcMar>
              <w:top w:w="70" w:type="dxa"/>
              <w:left w:w="120" w:type="dxa"/>
              <w:bottom w:w="70" w:type="dxa"/>
              <w:right w:w="120" w:type="dxa"/>
            </w:tcMar>
          </w:tcPr>
          <w:p w14:paraId="7529194A" w14:textId="77777777" w:rsidR="00C90919" w:rsidRPr="00EA1B74" w:rsidRDefault="00000000">
            <w:pPr>
              <w:spacing w:after="0"/>
              <w:rPr>
                <w:sz w:val="22"/>
                <w:szCs w:val="24"/>
              </w:rPr>
            </w:pPr>
            <w:r w:rsidRPr="00EA1B74">
              <w:rPr>
                <w:b/>
                <w:color w:val="FFFFFF"/>
                <w:sz w:val="24"/>
                <w:szCs w:val="24"/>
              </w:rPr>
              <w:t>CONFERENCE</w:t>
            </w:r>
          </w:p>
        </w:tc>
      </w:tr>
    </w:tbl>
    <w:p w14:paraId="7F05DB90" w14:textId="77777777" w:rsidR="00C90919" w:rsidRPr="00EA1B74" w:rsidRDefault="00C90919">
      <w:pPr>
        <w:spacing w:after="20"/>
        <w:rPr>
          <w:sz w:val="22"/>
          <w:szCs w:val="24"/>
        </w:rPr>
      </w:pPr>
    </w:p>
    <w:p w14:paraId="1EC5326E"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Thank you. It sounds like you agree that the house was damaged but disagree about the Wolf's responsibility for that damage. Is that accurate?</w:t>
      </w:r>
    </w:p>
    <w:p w14:paraId="0E2C570B" w14:textId="77777777" w:rsidR="00C90919" w:rsidRPr="00EA1B74" w:rsidRDefault="00000000">
      <w:pPr>
        <w:rPr>
          <w:sz w:val="22"/>
          <w:szCs w:val="24"/>
        </w:rPr>
      </w:pPr>
      <w:r w:rsidRPr="00EA1B74">
        <w:rPr>
          <w:b/>
          <w:color w:val="17365D"/>
          <w:sz w:val="22"/>
          <w:szCs w:val="24"/>
        </w:rPr>
        <w:lastRenderedPageBreak/>
        <w:t xml:space="preserve">PAT PIG: </w:t>
      </w:r>
      <w:r w:rsidRPr="00EA1B74">
        <w:rPr>
          <w:sz w:val="22"/>
          <w:szCs w:val="24"/>
        </w:rPr>
        <w:t>Yes.</w:t>
      </w:r>
    </w:p>
    <w:p w14:paraId="5613F37F"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Pretty much.</w:t>
      </w:r>
    </w:p>
    <w:p w14:paraId="5671394F"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Pat, what is most important to you about resolving this?</w:t>
      </w:r>
    </w:p>
    <w:p w14:paraId="50B0744C"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Getting my house fixed is important, but I also want to know this won't happen again.</w:t>
      </w:r>
    </w:p>
    <w:p w14:paraId="1C6A7754"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Wolf, what is most important to you?</w:t>
      </w:r>
    </w:p>
    <w:p w14:paraId="3B70A4B0"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 xml:space="preserve">I don't want to pay for everything when I </w:t>
      </w:r>
      <w:proofErr w:type="gramStart"/>
      <w:r w:rsidRPr="00EA1B74">
        <w:rPr>
          <w:sz w:val="22"/>
          <w:szCs w:val="24"/>
        </w:rPr>
        <w:t>didn't</w:t>
      </w:r>
      <w:proofErr w:type="gramEnd"/>
      <w:r w:rsidRPr="00EA1B74">
        <w:rPr>
          <w:sz w:val="22"/>
          <w:szCs w:val="24"/>
        </w:rPr>
        <w:t xml:space="preserve"> do it on purpose. And I'd like Pat to stop telling everyone that I attacked the house.</w:t>
      </w:r>
    </w:p>
    <w:p w14:paraId="6B6ABF3D" w14:textId="77777777" w:rsidR="00C90919" w:rsidRPr="00EA1B74" w:rsidRDefault="00000000">
      <w:pPr>
        <w:rPr>
          <w:sz w:val="22"/>
          <w:szCs w:val="24"/>
        </w:rPr>
      </w:pPr>
      <w:r w:rsidRPr="00EA1B74">
        <w:rPr>
          <w:b/>
          <w:color w:val="17365D"/>
          <w:sz w:val="22"/>
          <w:szCs w:val="24"/>
        </w:rPr>
        <w:t xml:space="preserve">CINDERELLA: </w:t>
      </w:r>
      <w:r w:rsidRPr="00EA1B74">
        <w:rPr>
          <w:sz w:val="22"/>
          <w:szCs w:val="24"/>
        </w:rPr>
        <w:t>Pat is willing to acknowledge that the Wolf says the damage was accidental. But regardless of why it happened, Pat is still stuck with the repair bill.</w:t>
      </w:r>
    </w:p>
    <w:p w14:paraId="7937760D" w14:textId="77777777" w:rsidR="00C90919" w:rsidRPr="00EA1B74" w:rsidRDefault="00000000">
      <w:pPr>
        <w:rPr>
          <w:sz w:val="22"/>
          <w:szCs w:val="24"/>
        </w:rPr>
      </w:pPr>
      <w:r w:rsidRPr="00EA1B74">
        <w:rPr>
          <w:b/>
          <w:color w:val="17365D"/>
          <w:sz w:val="22"/>
          <w:szCs w:val="24"/>
        </w:rPr>
        <w:t xml:space="preserve">HUMPTY DUMPTY: </w:t>
      </w:r>
      <w:r w:rsidRPr="00EA1B74">
        <w:rPr>
          <w:sz w:val="22"/>
          <w:szCs w:val="24"/>
        </w:rPr>
        <w:t>The Wolf understands that. Maybe there are ways he could help that don't involve paying the entire amount.</w:t>
      </w:r>
    </w:p>
    <w:p w14:paraId="5FB8CA54" w14:textId="34DE36C9" w:rsidR="00C90919" w:rsidRPr="00EA1B74" w:rsidRDefault="00000000">
      <w:pPr>
        <w:rPr>
          <w:sz w:val="22"/>
          <w:szCs w:val="24"/>
        </w:rPr>
      </w:pPr>
      <w:r w:rsidRPr="00EA1B74">
        <w:rPr>
          <w:b/>
          <w:color w:val="17365D"/>
          <w:sz w:val="22"/>
          <w:szCs w:val="24"/>
        </w:rPr>
        <w:t xml:space="preserve">LITTLE RED RIDING HOOD: </w:t>
      </w:r>
      <w:r w:rsidRPr="00EA1B74">
        <w:rPr>
          <w:sz w:val="22"/>
          <w:szCs w:val="24"/>
        </w:rPr>
        <w:t>That's something we can explore. Before we begin discussing specific solutions, we'd like to meet privately with each side.</w:t>
      </w:r>
      <w:r w:rsidR="00D95FCA">
        <w:rPr>
          <w:sz w:val="22"/>
          <w:szCs w:val="24"/>
        </w:rPr>
        <w:br/>
      </w:r>
    </w:p>
    <w:tbl>
      <w:tblPr>
        <w:tblW w:w="0" w:type="auto"/>
        <w:tblLayout w:type="fixed"/>
        <w:tblLook w:val="04A0" w:firstRow="1" w:lastRow="0" w:firstColumn="1" w:lastColumn="0" w:noHBand="0" w:noVBand="1"/>
      </w:tblPr>
      <w:tblGrid>
        <w:gridCol w:w="10224"/>
      </w:tblGrid>
      <w:tr w:rsidR="00C90919" w:rsidRPr="00EA1B74" w14:paraId="09D10974" w14:textId="77777777">
        <w:tc>
          <w:tcPr>
            <w:tcW w:w="10224" w:type="dxa"/>
            <w:shd w:val="clear" w:color="auto" w:fill="17365D"/>
            <w:tcMar>
              <w:top w:w="70" w:type="dxa"/>
              <w:left w:w="120" w:type="dxa"/>
              <w:bottom w:w="70" w:type="dxa"/>
              <w:right w:w="120" w:type="dxa"/>
            </w:tcMar>
          </w:tcPr>
          <w:p w14:paraId="4F36F139" w14:textId="77777777" w:rsidR="00C90919" w:rsidRPr="00EA1B74" w:rsidRDefault="00000000">
            <w:pPr>
              <w:spacing w:after="0"/>
              <w:rPr>
                <w:sz w:val="22"/>
                <w:szCs w:val="24"/>
              </w:rPr>
            </w:pPr>
            <w:r w:rsidRPr="00EA1B74">
              <w:rPr>
                <w:b/>
                <w:color w:val="FFFFFF"/>
                <w:sz w:val="24"/>
                <w:szCs w:val="24"/>
              </w:rPr>
              <w:t>PLAINTIFF CAUCUS - PAT PIG &amp; MEDIATOR A</w:t>
            </w:r>
          </w:p>
        </w:tc>
      </w:tr>
    </w:tbl>
    <w:p w14:paraId="33645047" w14:textId="77777777" w:rsidR="00C90919" w:rsidRPr="00EA1B74" w:rsidRDefault="00C90919">
      <w:pPr>
        <w:spacing w:after="20"/>
        <w:rPr>
          <w:sz w:val="22"/>
          <w:szCs w:val="24"/>
        </w:rPr>
      </w:pPr>
    </w:p>
    <w:p w14:paraId="2A6882EB" w14:textId="73CCDCCC" w:rsidR="00C90919" w:rsidRPr="00EA1B74" w:rsidRDefault="00000000">
      <w:pPr>
        <w:rPr>
          <w:sz w:val="22"/>
          <w:szCs w:val="24"/>
        </w:rPr>
      </w:pPr>
      <w:r w:rsidRPr="00EA1B74">
        <w:rPr>
          <w:b/>
          <w:color w:val="17365D"/>
          <w:sz w:val="22"/>
          <w:szCs w:val="24"/>
        </w:rPr>
        <w:t xml:space="preserve">GOLDILOCKS: </w:t>
      </w:r>
      <w:r w:rsidRPr="00EA1B74">
        <w:rPr>
          <w:sz w:val="22"/>
          <w:szCs w:val="24"/>
        </w:rPr>
        <w:t xml:space="preserve">Thank you. At this point, we are going to move into our private caucuses. </w:t>
      </w:r>
      <w:r w:rsidR="0023351D" w:rsidRPr="00EA1B74">
        <w:rPr>
          <w:sz w:val="22"/>
          <w:szCs w:val="24"/>
        </w:rPr>
        <w:t>We</w:t>
      </w:r>
      <w:r w:rsidRPr="00EA1B74">
        <w:rPr>
          <w:sz w:val="22"/>
          <w:szCs w:val="24"/>
        </w:rPr>
        <w:t xml:space="preserve"> will meet first with Pat and Cinderella.</w:t>
      </w:r>
    </w:p>
    <w:p w14:paraId="06734405"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 xml:space="preserve">Wolf and </w:t>
      </w:r>
      <w:proofErr w:type="spellStart"/>
      <w:r w:rsidRPr="00EA1B74">
        <w:rPr>
          <w:sz w:val="22"/>
          <w:szCs w:val="24"/>
        </w:rPr>
        <w:t>Humpty</w:t>
      </w:r>
      <w:proofErr w:type="spellEnd"/>
      <w:r w:rsidRPr="00EA1B74">
        <w:rPr>
          <w:sz w:val="22"/>
          <w:szCs w:val="24"/>
        </w:rPr>
        <w:t xml:space="preserve"> Dumpty, would you please step outside the mediation area for a few minutes? We'll let you know when it is time to return.</w:t>
      </w:r>
    </w:p>
    <w:p w14:paraId="0F0534B5" w14:textId="77777777" w:rsidR="00C90919" w:rsidRPr="00EA1B74" w:rsidRDefault="00000000">
      <w:pPr>
        <w:ind w:left="259" w:right="259"/>
        <w:rPr>
          <w:sz w:val="22"/>
          <w:szCs w:val="24"/>
        </w:rPr>
      </w:pPr>
      <w:r w:rsidRPr="00EA1B74">
        <w:rPr>
          <w:i/>
          <w:color w:val="1F6D75"/>
          <w:sz w:val="22"/>
          <w:szCs w:val="24"/>
        </w:rPr>
        <w:t xml:space="preserve">The Big Bad Wolf and </w:t>
      </w:r>
      <w:proofErr w:type="spellStart"/>
      <w:r w:rsidRPr="00EA1B74">
        <w:rPr>
          <w:i/>
          <w:color w:val="1F6D75"/>
          <w:sz w:val="22"/>
          <w:szCs w:val="24"/>
        </w:rPr>
        <w:t>Humpty</w:t>
      </w:r>
      <w:proofErr w:type="spellEnd"/>
      <w:r w:rsidRPr="00EA1B74">
        <w:rPr>
          <w:i/>
          <w:color w:val="1F6D75"/>
          <w:sz w:val="22"/>
          <w:szCs w:val="24"/>
        </w:rPr>
        <w:t xml:space="preserve"> Dumpty stand up and move away from the mediation table.</w:t>
      </w:r>
    </w:p>
    <w:p w14:paraId="55C3C2C5"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Thank you. Pat and Cinderella, you can remain seated.</w:t>
      </w:r>
    </w:p>
    <w:p w14:paraId="5213D030"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Remember, what you tell me during this caucus will remain confidential unless you give me permission to share it.</w:t>
      </w:r>
    </w:p>
    <w:p w14:paraId="5D26AC5C"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Pat, what matters most to you in reaching an agreement?</w:t>
      </w:r>
    </w:p>
    <w:p w14:paraId="2FAF26FB"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Honestly, I don't need all 1,500 gold coins. My brothers have offered to help with some repairs. What I really want is for the Wolf to take responsibility.</w:t>
      </w:r>
    </w:p>
    <w:p w14:paraId="6D7731B0" w14:textId="77777777" w:rsidR="00C90919" w:rsidRPr="00EA1B74" w:rsidRDefault="00000000">
      <w:pPr>
        <w:rPr>
          <w:sz w:val="22"/>
          <w:szCs w:val="24"/>
        </w:rPr>
      </w:pPr>
      <w:r w:rsidRPr="00EA1B74">
        <w:rPr>
          <w:b/>
          <w:color w:val="17365D"/>
          <w:sz w:val="22"/>
          <w:szCs w:val="24"/>
        </w:rPr>
        <w:t xml:space="preserve">CINDERELLA: </w:t>
      </w:r>
      <w:r w:rsidRPr="00EA1B74">
        <w:rPr>
          <w:sz w:val="22"/>
          <w:szCs w:val="24"/>
        </w:rPr>
        <w:t>Pat would probably accept 900 gold coins if the Wolf also apologized and agreed to stay away from the property unless invited.</w:t>
      </w:r>
    </w:p>
    <w:p w14:paraId="10BA2A39"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Pat, would you be comfortable with me telling the other side that you may be flexible about the amount if an apology and an agreement about future contact are included?</w:t>
      </w:r>
    </w:p>
    <w:p w14:paraId="50F274CB"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Yes. You can share that.</w:t>
      </w:r>
    </w:p>
    <w:p w14:paraId="00777068"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Is there anything else you would consider?</w:t>
      </w:r>
    </w:p>
    <w:p w14:paraId="01200566"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 xml:space="preserve">If he couldn't pay </w:t>
      </w:r>
      <w:proofErr w:type="gramStart"/>
      <w:r w:rsidRPr="00EA1B74">
        <w:rPr>
          <w:sz w:val="22"/>
          <w:szCs w:val="24"/>
        </w:rPr>
        <w:t>900 all</w:t>
      </w:r>
      <w:proofErr w:type="gramEnd"/>
      <w:r w:rsidRPr="00EA1B74">
        <w:rPr>
          <w:sz w:val="22"/>
          <w:szCs w:val="24"/>
        </w:rPr>
        <w:t xml:space="preserve"> at once, I'd consider payments over time.</w:t>
      </w:r>
    </w:p>
    <w:p w14:paraId="5DC2097B" w14:textId="1BEC5776" w:rsidR="00C90919" w:rsidRPr="00EA1B74" w:rsidRDefault="00000000">
      <w:pPr>
        <w:rPr>
          <w:sz w:val="22"/>
          <w:szCs w:val="24"/>
        </w:rPr>
      </w:pPr>
      <w:r w:rsidRPr="00EA1B74">
        <w:rPr>
          <w:b/>
          <w:color w:val="17365D"/>
          <w:sz w:val="22"/>
          <w:szCs w:val="24"/>
        </w:rPr>
        <w:t xml:space="preserve">GOLDILOCKS: </w:t>
      </w:r>
      <w:r w:rsidRPr="00EA1B74">
        <w:rPr>
          <w:sz w:val="22"/>
          <w:szCs w:val="24"/>
        </w:rPr>
        <w:t>Thank you. I'll keep that in mind when we return to the conference.</w:t>
      </w:r>
      <w:r w:rsidR="0061522D" w:rsidRPr="00EA1B74">
        <w:rPr>
          <w:sz w:val="22"/>
          <w:szCs w:val="24"/>
        </w:rPr>
        <w:t xml:space="preserve"> </w:t>
      </w:r>
      <w:r w:rsidRPr="00EA1B74">
        <w:rPr>
          <w:sz w:val="22"/>
          <w:szCs w:val="24"/>
        </w:rPr>
        <w:t>We'll ask the other side to return now.</w:t>
      </w:r>
    </w:p>
    <w:p w14:paraId="77F28FEB" w14:textId="340A51F1" w:rsidR="00C90919" w:rsidRPr="00EA1B74" w:rsidRDefault="00000000">
      <w:pPr>
        <w:ind w:left="259" w:right="259"/>
        <w:rPr>
          <w:sz w:val="22"/>
          <w:szCs w:val="24"/>
        </w:rPr>
      </w:pPr>
      <w:r w:rsidRPr="00EA1B74">
        <w:rPr>
          <w:i/>
          <w:color w:val="1F6D75"/>
          <w:sz w:val="22"/>
          <w:szCs w:val="24"/>
        </w:rPr>
        <w:t xml:space="preserve">The Big Bad Wolf and </w:t>
      </w:r>
      <w:proofErr w:type="spellStart"/>
      <w:r w:rsidRPr="00EA1B74">
        <w:rPr>
          <w:i/>
          <w:color w:val="1F6D75"/>
          <w:sz w:val="22"/>
          <w:szCs w:val="24"/>
        </w:rPr>
        <w:t>Humpty</w:t>
      </w:r>
      <w:proofErr w:type="spellEnd"/>
      <w:r w:rsidRPr="00EA1B74">
        <w:rPr>
          <w:i/>
          <w:color w:val="1F6D75"/>
          <w:sz w:val="22"/>
          <w:szCs w:val="24"/>
        </w:rPr>
        <w:t xml:space="preserve"> Dumpty return to the mediation table and take their seats.</w:t>
      </w:r>
      <w:r w:rsidR="00D95FCA">
        <w:rPr>
          <w:i/>
          <w:color w:val="1F6D75"/>
          <w:sz w:val="22"/>
          <w:szCs w:val="24"/>
        </w:rPr>
        <w:br/>
      </w:r>
    </w:p>
    <w:tbl>
      <w:tblPr>
        <w:tblW w:w="0" w:type="auto"/>
        <w:tblLayout w:type="fixed"/>
        <w:tblLook w:val="04A0" w:firstRow="1" w:lastRow="0" w:firstColumn="1" w:lastColumn="0" w:noHBand="0" w:noVBand="1"/>
      </w:tblPr>
      <w:tblGrid>
        <w:gridCol w:w="10224"/>
      </w:tblGrid>
      <w:tr w:rsidR="00C90919" w:rsidRPr="00EA1B74" w14:paraId="1388D5BD" w14:textId="77777777">
        <w:tc>
          <w:tcPr>
            <w:tcW w:w="10224" w:type="dxa"/>
            <w:shd w:val="clear" w:color="auto" w:fill="17365D"/>
            <w:tcMar>
              <w:top w:w="70" w:type="dxa"/>
              <w:left w:w="120" w:type="dxa"/>
              <w:bottom w:w="70" w:type="dxa"/>
              <w:right w:w="120" w:type="dxa"/>
            </w:tcMar>
          </w:tcPr>
          <w:p w14:paraId="2F881B37" w14:textId="77777777" w:rsidR="00C90919" w:rsidRPr="00EA1B74" w:rsidRDefault="00000000">
            <w:pPr>
              <w:spacing w:after="0"/>
              <w:rPr>
                <w:sz w:val="22"/>
                <w:szCs w:val="24"/>
              </w:rPr>
            </w:pPr>
            <w:r w:rsidRPr="00EA1B74">
              <w:rPr>
                <w:b/>
                <w:color w:val="FFFFFF"/>
                <w:sz w:val="24"/>
                <w:szCs w:val="24"/>
              </w:rPr>
              <w:lastRenderedPageBreak/>
              <w:t>DEFENSE CAUCUS - BIG BAD WOLF &amp; MEDIATOR B</w:t>
            </w:r>
          </w:p>
        </w:tc>
      </w:tr>
    </w:tbl>
    <w:p w14:paraId="037C7574" w14:textId="77777777" w:rsidR="00C90919" w:rsidRPr="00EA1B74" w:rsidRDefault="00C90919">
      <w:pPr>
        <w:spacing w:after="20"/>
        <w:rPr>
          <w:sz w:val="22"/>
          <w:szCs w:val="24"/>
        </w:rPr>
      </w:pPr>
    </w:p>
    <w:p w14:paraId="58B282AF" w14:textId="49F5271D" w:rsidR="00C90919" w:rsidRPr="00EA1B74" w:rsidRDefault="00000000">
      <w:pPr>
        <w:rPr>
          <w:sz w:val="22"/>
          <w:szCs w:val="24"/>
        </w:rPr>
      </w:pPr>
      <w:r w:rsidRPr="00EA1B74">
        <w:rPr>
          <w:b/>
          <w:color w:val="17365D"/>
          <w:sz w:val="22"/>
          <w:szCs w:val="24"/>
        </w:rPr>
        <w:t xml:space="preserve">LITTLE RED RIDING HOOD: </w:t>
      </w:r>
      <w:r w:rsidRPr="00EA1B74">
        <w:rPr>
          <w:sz w:val="22"/>
          <w:szCs w:val="24"/>
        </w:rPr>
        <w:t xml:space="preserve">Thank you. Now </w:t>
      </w:r>
      <w:r w:rsidR="00FC286C" w:rsidRPr="00EA1B74">
        <w:rPr>
          <w:sz w:val="22"/>
          <w:szCs w:val="24"/>
        </w:rPr>
        <w:t>we</w:t>
      </w:r>
      <w:r w:rsidRPr="00EA1B74">
        <w:rPr>
          <w:sz w:val="22"/>
          <w:szCs w:val="24"/>
        </w:rPr>
        <w:t xml:space="preserve"> will meet privately with </w:t>
      </w:r>
      <w:proofErr w:type="gramStart"/>
      <w:r w:rsidRPr="00EA1B74">
        <w:rPr>
          <w:sz w:val="22"/>
          <w:szCs w:val="24"/>
        </w:rPr>
        <w:t>the Wolf</w:t>
      </w:r>
      <w:proofErr w:type="gramEnd"/>
      <w:r w:rsidRPr="00EA1B74">
        <w:rPr>
          <w:sz w:val="22"/>
          <w:szCs w:val="24"/>
        </w:rPr>
        <w:t xml:space="preserve"> and </w:t>
      </w:r>
      <w:proofErr w:type="spellStart"/>
      <w:r w:rsidRPr="00EA1B74">
        <w:rPr>
          <w:sz w:val="22"/>
          <w:szCs w:val="24"/>
        </w:rPr>
        <w:t>Humpty</w:t>
      </w:r>
      <w:proofErr w:type="spellEnd"/>
      <w:r w:rsidRPr="00EA1B74">
        <w:rPr>
          <w:sz w:val="22"/>
          <w:szCs w:val="24"/>
        </w:rPr>
        <w:t xml:space="preserve"> Dumpty. Pat and Cinderella, would you please step outside the mediation area for a few minutes? We'll let you know when it is time to return.</w:t>
      </w:r>
    </w:p>
    <w:p w14:paraId="534C5F78" w14:textId="77777777" w:rsidR="00C90919" w:rsidRPr="00EA1B74" w:rsidRDefault="00000000">
      <w:pPr>
        <w:ind w:left="259" w:right="259"/>
        <w:rPr>
          <w:sz w:val="22"/>
          <w:szCs w:val="24"/>
        </w:rPr>
      </w:pPr>
      <w:r w:rsidRPr="00EA1B74">
        <w:rPr>
          <w:i/>
          <w:color w:val="1F6D75"/>
          <w:sz w:val="22"/>
          <w:szCs w:val="24"/>
        </w:rPr>
        <w:t>Pat Pig and Cinderella stand up and move away from the mediation table.</w:t>
      </w:r>
    </w:p>
    <w:p w14:paraId="33F76E03"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 xml:space="preserve">Wolf and </w:t>
      </w:r>
      <w:proofErr w:type="spellStart"/>
      <w:r w:rsidRPr="00EA1B74">
        <w:rPr>
          <w:sz w:val="22"/>
          <w:szCs w:val="24"/>
        </w:rPr>
        <w:t>Humpty</w:t>
      </w:r>
      <w:proofErr w:type="spellEnd"/>
      <w:r w:rsidRPr="00EA1B74">
        <w:rPr>
          <w:sz w:val="22"/>
          <w:szCs w:val="24"/>
        </w:rPr>
        <w:t xml:space="preserve"> Dumpty, you can remain seated.</w:t>
      </w:r>
    </w:p>
    <w:p w14:paraId="364446C0"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As a reminder, this conversation is confidential unless you give me permission to share something.</w:t>
      </w:r>
    </w:p>
    <w:p w14:paraId="745B0F89"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Wolf, what are you most concerned about?</w:t>
      </w:r>
    </w:p>
    <w:p w14:paraId="646FE82A"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I don't have 1,500 gold coins. I've been between jobs since the whole grandmother incident.</w:t>
      </w:r>
    </w:p>
    <w:p w14:paraId="342A7497" w14:textId="77777777" w:rsidR="00C90919" w:rsidRPr="00EA1B74" w:rsidRDefault="00000000">
      <w:pPr>
        <w:rPr>
          <w:sz w:val="22"/>
          <w:szCs w:val="24"/>
        </w:rPr>
      </w:pPr>
      <w:r w:rsidRPr="00EA1B74">
        <w:rPr>
          <w:b/>
          <w:color w:val="17365D"/>
          <w:sz w:val="22"/>
          <w:szCs w:val="24"/>
        </w:rPr>
        <w:t xml:space="preserve">HUMPTY DUMPTY: </w:t>
      </w:r>
      <w:r w:rsidRPr="00EA1B74">
        <w:rPr>
          <w:sz w:val="22"/>
          <w:szCs w:val="24"/>
        </w:rPr>
        <w:t>The Wolf could probably manage 600 gold coins. He also happens to be very good at construction.</w:t>
      </w:r>
    </w:p>
    <w:p w14:paraId="5BC79CD2"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 xml:space="preserve">I could repair the chimney myself. I'm </w:t>
      </w:r>
      <w:proofErr w:type="gramStart"/>
      <w:r w:rsidRPr="00EA1B74">
        <w:rPr>
          <w:sz w:val="22"/>
          <w:szCs w:val="24"/>
        </w:rPr>
        <w:t>actually certified</w:t>
      </w:r>
      <w:proofErr w:type="gramEnd"/>
      <w:r w:rsidRPr="00EA1B74">
        <w:rPr>
          <w:sz w:val="22"/>
          <w:szCs w:val="24"/>
        </w:rPr>
        <w:t xml:space="preserve"> in masonry. Nobody ever asks about that part of my resume.</w:t>
      </w:r>
    </w:p>
    <w:p w14:paraId="13D80792"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Would you be willing to apologize?</w:t>
      </w:r>
    </w:p>
    <w:p w14:paraId="61A7395D"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I don't want to admit that I intentionally tried to destroy the house, because I didn't. But I would apologize for the damage and for scaring Pat.</w:t>
      </w:r>
    </w:p>
    <w:p w14:paraId="67509001"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May I share that you are willing to contribute money, help repair the chimney, and apologize for the damage without admitting that it was intentional?</w:t>
      </w:r>
    </w:p>
    <w:p w14:paraId="18B173CC"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Yes.</w:t>
      </w:r>
    </w:p>
    <w:p w14:paraId="6AB40F21"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 xml:space="preserve">Thank you. We'll ask Pat and Cinderella to </w:t>
      </w:r>
      <w:proofErr w:type="gramStart"/>
      <w:r w:rsidRPr="00EA1B74">
        <w:rPr>
          <w:sz w:val="22"/>
          <w:szCs w:val="24"/>
        </w:rPr>
        <w:t>rejoin</w:t>
      </w:r>
      <w:proofErr w:type="gramEnd"/>
      <w:r w:rsidRPr="00EA1B74">
        <w:rPr>
          <w:sz w:val="22"/>
          <w:szCs w:val="24"/>
        </w:rPr>
        <w:t xml:space="preserve"> us now.</w:t>
      </w:r>
    </w:p>
    <w:p w14:paraId="18B563C5" w14:textId="4BE890DD" w:rsidR="00C90919" w:rsidRPr="00EA1B74" w:rsidRDefault="00000000">
      <w:pPr>
        <w:ind w:left="259" w:right="259"/>
        <w:rPr>
          <w:sz w:val="22"/>
          <w:szCs w:val="24"/>
        </w:rPr>
      </w:pPr>
      <w:r w:rsidRPr="00EA1B74">
        <w:rPr>
          <w:i/>
          <w:color w:val="1F6D75"/>
          <w:sz w:val="22"/>
          <w:szCs w:val="24"/>
        </w:rPr>
        <w:t>Pat Pig and Cinderella return to the mediation table and take their seats.</w:t>
      </w:r>
      <w:r w:rsidR="00D95FCA">
        <w:rPr>
          <w:i/>
          <w:color w:val="1F6D75"/>
          <w:sz w:val="22"/>
          <w:szCs w:val="24"/>
        </w:rPr>
        <w:br/>
      </w:r>
    </w:p>
    <w:tbl>
      <w:tblPr>
        <w:tblW w:w="0" w:type="auto"/>
        <w:tblLayout w:type="fixed"/>
        <w:tblLook w:val="04A0" w:firstRow="1" w:lastRow="0" w:firstColumn="1" w:lastColumn="0" w:noHBand="0" w:noVBand="1"/>
      </w:tblPr>
      <w:tblGrid>
        <w:gridCol w:w="10224"/>
      </w:tblGrid>
      <w:tr w:rsidR="00C90919" w:rsidRPr="00EA1B74" w14:paraId="6D4B516C" w14:textId="77777777">
        <w:tc>
          <w:tcPr>
            <w:tcW w:w="10224" w:type="dxa"/>
            <w:shd w:val="clear" w:color="auto" w:fill="17365D"/>
            <w:tcMar>
              <w:top w:w="70" w:type="dxa"/>
              <w:left w:w="120" w:type="dxa"/>
              <w:bottom w:w="70" w:type="dxa"/>
              <w:right w:w="120" w:type="dxa"/>
            </w:tcMar>
          </w:tcPr>
          <w:p w14:paraId="01C13CEF" w14:textId="77777777" w:rsidR="00C90919" w:rsidRPr="00EA1B74" w:rsidRDefault="00000000">
            <w:pPr>
              <w:spacing w:after="0"/>
              <w:rPr>
                <w:sz w:val="22"/>
                <w:szCs w:val="24"/>
              </w:rPr>
            </w:pPr>
            <w:r w:rsidRPr="00EA1B74">
              <w:rPr>
                <w:b/>
                <w:color w:val="FFFFFF"/>
                <w:sz w:val="24"/>
                <w:szCs w:val="24"/>
              </w:rPr>
              <w:t>FINAL CONFERENCE</w:t>
            </w:r>
          </w:p>
        </w:tc>
      </w:tr>
    </w:tbl>
    <w:p w14:paraId="7D7F89B4" w14:textId="77777777" w:rsidR="00C90919" w:rsidRPr="00EA1B74" w:rsidRDefault="00C90919">
      <w:pPr>
        <w:spacing w:after="20"/>
        <w:rPr>
          <w:sz w:val="22"/>
          <w:szCs w:val="24"/>
        </w:rPr>
      </w:pPr>
    </w:p>
    <w:p w14:paraId="20D2BDB2"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Now that everyone is back together, we'll begin our final conference and see whether we can identify a solution that addresses both sides' concerns.</w:t>
      </w:r>
    </w:p>
    <w:p w14:paraId="4FC42084"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Thank you, everyone. It sounds like there may be more common ground than it seemed at the beginning. Pat, you've indicated that repairing the house and preventing future problems are especially important to you.</w:t>
      </w:r>
    </w:p>
    <w:p w14:paraId="32205367"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And Wolf, you've indicated that you're willing to take some responsibility for addressing the damage, but you don't want to agree that you intentionally destroyed the house.</w:t>
      </w:r>
    </w:p>
    <w:p w14:paraId="1D2C5C07"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That's fair.</w:t>
      </w:r>
    </w:p>
    <w:p w14:paraId="49D34891"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Yes.</w:t>
      </w:r>
    </w:p>
    <w:p w14:paraId="4993BC37"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Let's talk about what a possible agreement might look like.</w:t>
      </w:r>
    </w:p>
    <w:p w14:paraId="43A86624" w14:textId="77777777" w:rsidR="00C90919" w:rsidRPr="00EA1B74" w:rsidRDefault="00000000">
      <w:pPr>
        <w:rPr>
          <w:sz w:val="22"/>
          <w:szCs w:val="24"/>
        </w:rPr>
      </w:pPr>
      <w:r w:rsidRPr="00EA1B74">
        <w:rPr>
          <w:b/>
          <w:color w:val="17365D"/>
          <w:sz w:val="22"/>
          <w:szCs w:val="24"/>
        </w:rPr>
        <w:t xml:space="preserve">CINDERELLA: </w:t>
      </w:r>
      <w:r w:rsidRPr="00EA1B74">
        <w:rPr>
          <w:sz w:val="22"/>
          <w:szCs w:val="24"/>
        </w:rPr>
        <w:t>Pat would be willing to accept less than the full repair cost if the Wolf contributes financially, apologizes, and agrees not to come onto Pat's property without permission.</w:t>
      </w:r>
    </w:p>
    <w:p w14:paraId="2E635CF4" w14:textId="77777777" w:rsidR="00C90919" w:rsidRPr="00EA1B74" w:rsidRDefault="00000000">
      <w:pPr>
        <w:rPr>
          <w:sz w:val="22"/>
          <w:szCs w:val="24"/>
        </w:rPr>
      </w:pPr>
      <w:r w:rsidRPr="00EA1B74">
        <w:rPr>
          <w:b/>
          <w:color w:val="17365D"/>
          <w:sz w:val="22"/>
          <w:szCs w:val="24"/>
        </w:rPr>
        <w:lastRenderedPageBreak/>
        <w:t xml:space="preserve">HUMPTY DUMPTY: </w:t>
      </w:r>
      <w:r w:rsidRPr="00EA1B74">
        <w:rPr>
          <w:sz w:val="22"/>
          <w:szCs w:val="24"/>
        </w:rPr>
        <w:t>The Wolf can offer 600 gold coins and repair the chimney himself.</w:t>
      </w:r>
    </w:p>
    <w:p w14:paraId="34F1C95E"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 xml:space="preserve">I'd </w:t>
      </w:r>
      <w:proofErr w:type="gramStart"/>
      <w:r w:rsidRPr="00EA1B74">
        <w:rPr>
          <w:sz w:val="22"/>
          <w:szCs w:val="24"/>
        </w:rPr>
        <w:t>want</w:t>
      </w:r>
      <w:proofErr w:type="gramEnd"/>
      <w:r w:rsidRPr="00EA1B74">
        <w:rPr>
          <w:sz w:val="22"/>
          <w:szCs w:val="24"/>
        </w:rPr>
        <w:t xml:space="preserve"> to </w:t>
      </w:r>
      <w:proofErr w:type="gramStart"/>
      <w:r w:rsidRPr="00EA1B74">
        <w:rPr>
          <w:sz w:val="22"/>
          <w:szCs w:val="24"/>
        </w:rPr>
        <w:t>know</w:t>
      </w:r>
      <w:proofErr w:type="gramEnd"/>
      <w:r w:rsidRPr="00EA1B74">
        <w:rPr>
          <w:sz w:val="22"/>
          <w:szCs w:val="24"/>
        </w:rPr>
        <w:t xml:space="preserve"> the chimney is going to be repaired correctly.</w:t>
      </w:r>
    </w:p>
    <w:p w14:paraId="3AC6F4FD"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I'm certified. I can show you my license.</w:t>
      </w:r>
    </w:p>
    <w:p w14:paraId="7DB15F94"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It sounds like verification of the Wolf's qualifications could address that concern.</w:t>
      </w:r>
    </w:p>
    <w:p w14:paraId="18ACB085"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 xml:space="preserve">If he's </w:t>
      </w:r>
      <w:proofErr w:type="gramStart"/>
      <w:r w:rsidRPr="00EA1B74">
        <w:rPr>
          <w:sz w:val="22"/>
          <w:szCs w:val="24"/>
        </w:rPr>
        <w:t>actually certified</w:t>
      </w:r>
      <w:proofErr w:type="gramEnd"/>
      <w:r w:rsidRPr="00EA1B74">
        <w:rPr>
          <w:sz w:val="22"/>
          <w:szCs w:val="24"/>
        </w:rPr>
        <w:t>, I'd be okay with that. But I'd still want 750 gold coins toward the other repairs.</w:t>
      </w:r>
    </w:p>
    <w:p w14:paraId="33FCAC9E"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I could do 750 if I can pay 250 a month for three months.</w:t>
      </w:r>
    </w:p>
    <w:p w14:paraId="7F76FC1E"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 xml:space="preserve">I could agree </w:t>
      </w:r>
      <w:proofErr w:type="gramStart"/>
      <w:r w:rsidRPr="00EA1B74">
        <w:rPr>
          <w:sz w:val="22"/>
          <w:szCs w:val="24"/>
        </w:rPr>
        <w:t>to</w:t>
      </w:r>
      <w:proofErr w:type="gramEnd"/>
      <w:r w:rsidRPr="00EA1B74">
        <w:rPr>
          <w:sz w:val="22"/>
          <w:szCs w:val="24"/>
        </w:rPr>
        <w:t xml:space="preserve"> that.</w:t>
      </w:r>
    </w:p>
    <w:p w14:paraId="12B2F91F"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What about the apology and future contact?</w:t>
      </w:r>
    </w:p>
    <w:p w14:paraId="770BD53A"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I can apologize for damaging the house and frightening Pat. And I agree that I won't come onto the property unless Pat invites me.</w:t>
      </w:r>
    </w:p>
    <w:p w14:paraId="1C001067"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Then I'll agree that I won't tell people the Wolf intentionally attacked my house. I'll say that we resolved the disagreement through mediation.</w:t>
      </w:r>
    </w:p>
    <w:p w14:paraId="4981FC7C"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It sounds like we have the basis for an agreement. Let me summarize:</w:t>
      </w:r>
    </w:p>
    <w:p w14:paraId="1ABFFC50"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The Wolf will pay Pat 750 gold coins in three monthly payments of 250 gold coins. After showing Pat proof of his masonry certification, the Wolf will repair the damaged chimney. The Wolf will apologize for the damage and for frightening Pat and will not enter Pat's property without permission. Pat will acknowledge that the dispute was resolved through mediation and will not publicly claim that the Wolf intentionally attacked the house.</w:t>
      </w:r>
    </w:p>
    <w:p w14:paraId="523F45AE"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Does that accurately reflect what you've agreed to?</w:t>
      </w:r>
    </w:p>
    <w:p w14:paraId="6060FC06"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Yes.</w:t>
      </w:r>
    </w:p>
    <w:p w14:paraId="03B16DE4"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Yes.</w:t>
      </w:r>
    </w:p>
    <w:p w14:paraId="48D17308" w14:textId="77777777" w:rsidR="00C90919" w:rsidRPr="00EA1B74" w:rsidRDefault="00000000">
      <w:pPr>
        <w:rPr>
          <w:sz w:val="22"/>
          <w:szCs w:val="24"/>
        </w:rPr>
      </w:pPr>
      <w:r w:rsidRPr="00EA1B74">
        <w:rPr>
          <w:b/>
          <w:color w:val="17365D"/>
          <w:sz w:val="22"/>
          <w:szCs w:val="24"/>
        </w:rPr>
        <w:t xml:space="preserve">GOLDILOCKS: </w:t>
      </w:r>
      <w:r w:rsidRPr="00EA1B74">
        <w:rPr>
          <w:sz w:val="22"/>
          <w:szCs w:val="24"/>
        </w:rPr>
        <w:t>Wonderful. We'll put those terms in writing for everyone to review.</w:t>
      </w:r>
    </w:p>
    <w:p w14:paraId="2636E462" w14:textId="77777777" w:rsidR="00C90919" w:rsidRPr="00EA1B74" w:rsidRDefault="00000000">
      <w:pPr>
        <w:rPr>
          <w:sz w:val="22"/>
          <w:szCs w:val="24"/>
        </w:rPr>
      </w:pPr>
      <w:r w:rsidRPr="00EA1B74">
        <w:rPr>
          <w:b/>
          <w:color w:val="17365D"/>
          <w:sz w:val="22"/>
          <w:szCs w:val="24"/>
        </w:rPr>
        <w:t xml:space="preserve">LITTLE RED RIDING HOOD: </w:t>
      </w:r>
      <w:r w:rsidRPr="00EA1B74">
        <w:rPr>
          <w:sz w:val="22"/>
          <w:szCs w:val="24"/>
        </w:rPr>
        <w:t>Thank you for working together to find a solution.</w:t>
      </w:r>
    </w:p>
    <w:p w14:paraId="22E43B5A"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And maybe next time I'll bring allergy medicine.</w:t>
      </w:r>
    </w:p>
    <w:p w14:paraId="28C5A491" w14:textId="77777777" w:rsidR="00C90919" w:rsidRPr="00EA1B74" w:rsidRDefault="00000000">
      <w:pPr>
        <w:rPr>
          <w:sz w:val="22"/>
          <w:szCs w:val="24"/>
        </w:rPr>
      </w:pPr>
      <w:r w:rsidRPr="00EA1B74">
        <w:rPr>
          <w:b/>
          <w:color w:val="17365D"/>
          <w:sz w:val="22"/>
          <w:szCs w:val="24"/>
        </w:rPr>
        <w:t xml:space="preserve">PAT PIG: </w:t>
      </w:r>
      <w:r w:rsidRPr="00EA1B74">
        <w:rPr>
          <w:sz w:val="22"/>
          <w:szCs w:val="24"/>
        </w:rPr>
        <w:t>And use the front door.</w:t>
      </w:r>
    </w:p>
    <w:p w14:paraId="41472358" w14:textId="77777777" w:rsidR="00C90919" w:rsidRPr="00EA1B74" w:rsidRDefault="00000000">
      <w:pPr>
        <w:rPr>
          <w:sz w:val="22"/>
          <w:szCs w:val="24"/>
        </w:rPr>
      </w:pPr>
      <w:r w:rsidRPr="00EA1B74">
        <w:rPr>
          <w:b/>
          <w:color w:val="17365D"/>
          <w:sz w:val="22"/>
          <w:szCs w:val="24"/>
        </w:rPr>
        <w:t xml:space="preserve">BIG BAD WOLF: </w:t>
      </w:r>
      <w:r w:rsidRPr="00EA1B74">
        <w:rPr>
          <w:sz w:val="22"/>
          <w:szCs w:val="24"/>
        </w:rPr>
        <w:t>Deal.</w:t>
      </w:r>
    </w:p>
    <w:sectPr w:rsidR="00C90919" w:rsidRPr="00EA1B74" w:rsidSect="006F0B5A">
      <w:footerReference w:type="default" r:id="rId11"/>
      <w:pgSz w:w="12240" w:h="15840"/>
      <w:pgMar w:top="1152"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FC11" w14:textId="77777777" w:rsidR="00637EF7" w:rsidRDefault="00637EF7" w:rsidP="007174EA">
      <w:pPr>
        <w:spacing w:after="0" w:line="240" w:lineRule="auto"/>
      </w:pPr>
      <w:r>
        <w:separator/>
      </w:r>
    </w:p>
  </w:endnote>
  <w:endnote w:type="continuationSeparator" w:id="0">
    <w:p w14:paraId="0D87BDBD" w14:textId="77777777" w:rsidR="00637EF7" w:rsidRDefault="00637EF7" w:rsidP="00717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E1D7" w14:textId="2E22C555" w:rsidR="007174EA" w:rsidRDefault="006F0B5A" w:rsidP="006F0B5A">
    <w:pPr>
      <w:pStyle w:val="Footer"/>
      <w:jc w:val="right"/>
    </w:pPr>
    <w:r w:rsidRPr="006F0B5A">
      <w:drawing>
        <wp:inline distT="0" distB="0" distL="0" distR="0" wp14:anchorId="06F90BB3" wp14:editId="36FCC67F">
          <wp:extent cx="1018966" cy="464820"/>
          <wp:effectExtent l="0" t="0" r="0" b="0"/>
          <wp:docPr id="98952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2856" name=""/>
                  <pic:cNvPicPr/>
                </pic:nvPicPr>
                <pic:blipFill>
                  <a:blip r:embed="rId1"/>
                  <a:stretch>
                    <a:fillRect/>
                  </a:stretch>
                </pic:blipFill>
                <pic:spPr>
                  <a:xfrm>
                    <a:off x="0" y="0"/>
                    <a:ext cx="1034350" cy="47183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B9709" w14:textId="77777777" w:rsidR="00637EF7" w:rsidRDefault="00637EF7" w:rsidP="007174EA">
      <w:pPr>
        <w:spacing w:after="0" w:line="240" w:lineRule="auto"/>
      </w:pPr>
      <w:r>
        <w:separator/>
      </w:r>
    </w:p>
  </w:footnote>
  <w:footnote w:type="continuationSeparator" w:id="0">
    <w:p w14:paraId="63A9DDB9" w14:textId="77777777" w:rsidR="00637EF7" w:rsidRDefault="00637EF7" w:rsidP="007174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4060319">
    <w:abstractNumId w:val="8"/>
  </w:num>
  <w:num w:numId="2" w16cid:durableId="1237662763">
    <w:abstractNumId w:val="6"/>
  </w:num>
  <w:num w:numId="3" w16cid:durableId="1057780387">
    <w:abstractNumId w:val="5"/>
  </w:num>
  <w:num w:numId="4" w16cid:durableId="1666280526">
    <w:abstractNumId w:val="4"/>
  </w:num>
  <w:num w:numId="5" w16cid:durableId="280185259">
    <w:abstractNumId w:val="7"/>
  </w:num>
  <w:num w:numId="6" w16cid:durableId="5913663">
    <w:abstractNumId w:val="3"/>
  </w:num>
  <w:num w:numId="7" w16cid:durableId="214633444">
    <w:abstractNumId w:val="2"/>
  </w:num>
  <w:num w:numId="8" w16cid:durableId="333727065">
    <w:abstractNumId w:val="1"/>
  </w:num>
  <w:num w:numId="9" w16cid:durableId="539056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723"/>
    <w:rsid w:val="0006778D"/>
    <w:rsid w:val="0015074B"/>
    <w:rsid w:val="0023351D"/>
    <w:rsid w:val="00255329"/>
    <w:rsid w:val="0029639D"/>
    <w:rsid w:val="00326F90"/>
    <w:rsid w:val="004F554A"/>
    <w:rsid w:val="005662A4"/>
    <w:rsid w:val="0061522D"/>
    <w:rsid w:val="00637EF7"/>
    <w:rsid w:val="006F0B5A"/>
    <w:rsid w:val="007174EA"/>
    <w:rsid w:val="008267F9"/>
    <w:rsid w:val="00A32C22"/>
    <w:rsid w:val="00AA1D8D"/>
    <w:rsid w:val="00AB2690"/>
    <w:rsid w:val="00B47730"/>
    <w:rsid w:val="00C90919"/>
    <w:rsid w:val="00CB0664"/>
    <w:rsid w:val="00CF3F4C"/>
    <w:rsid w:val="00D95FCA"/>
    <w:rsid w:val="00E00958"/>
    <w:rsid w:val="00E67AD0"/>
    <w:rsid w:val="00EA1B74"/>
    <w:rsid w:val="00F3738E"/>
    <w:rsid w:val="00FC286C"/>
    <w:rsid w:val="00FC693F"/>
    <w:rsid w:val="4009C81C"/>
    <w:rsid w:val="53C02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74B447F-110D-447D-B8C4-43D0847B4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7"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064723"/>
    <w:pPr>
      <w:spacing w:after="0" w:line="240" w:lineRule="auto"/>
    </w:pPr>
    <w:rPr>
      <w:rFonts w:ascii="Aptos" w:hAnsi="Aptos"/>
      <w:sz w:val="21"/>
    </w:rPr>
  </w:style>
  <w:style w:type="character" w:styleId="CommentReference">
    <w:name w:val="annotation reference"/>
    <w:basedOn w:val="DefaultParagraphFont"/>
    <w:uiPriority w:val="99"/>
    <w:semiHidden/>
    <w:unhideWhenUsed/>
    <w:rsid w:val="00AB2690"/>
    <w:rPr>
      <w:sz w:val="16"/>
      <w:szCs w:val="16"/>
    </w:rPr>
  </w:style>
  <w:style w:type="paragraph" w:styleId="CommentText">
    <w:name w:val="annotation text"/>
    <w:basedOn w:val="Normal"/>
    <w:link w:val="CommentTextChar"/>
    <w:uiPriority w:val="99"/>
    <w:unhideWhenUsed/>
    <w:rsid w:val="00AB2690"/>
    <w:pPr>
      <w:spacing w:line="240" w:lineRule="auto"/>
    </w:pPr>
    <w:rPr>
      <w:sz w:val="20"/>
      <w:szCs w:val="20"/>
    </w:rPr>
  </w:style>
  <w:style w:type="character" w:customStyle="1" w:styleId="CommentTextChar">
    <w:name w:val="Comment Text Char"/>
    <w:basedOn w:val="DefaultParagraphFont"/>
    <w:link w:val="CommentText"/>
    <w:uiPriority w:val="99"/>
    <w:rsid w:val="00AB2690"/>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AB2690"/>
    <w:rPr>
      <w:b/>
      <w:bCs/>
    </w:rPr>
  </w:style>
  <w:style w:type="character" w:customStyle="1" w:styleId="CommentSubjectChar">
    <w:name w:val="Comment Subject Char"/>
    <w:basedOn w:val="CommentTextChar"/>
    <w:link w:val="CommentSubject"/>
    <w:uiPriority w:val="99"/>
    <w:semiHidden/>
    <w:rsid w:val="00AB2690"/>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00617c-8abc-4513-8684-14d29e623f83">
      <Terms xmlns="http://schemas.microsoft.com/office/infopath/2007/PartnerControls"/>
    </lcf76f155ced4ddcb4097134ff3c332f>
    <TaxCatchAll xmlns="8c4dff40-d60a-4cfd-92df-7cf6bf44fb3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D68C54F14245A41ABB6A58E436808E3" ma:contentTypeVersion="18" ma:contentTypeDescription="Create a new document." ma:contentTypeScope="" ma:versionID="b1e9265b0205a2512b260afdd1ef0ab2">
  <xsd:schema xmlns:xsd="http://www.w3.org/2001/XMLSchema" xmlns:xs="http://www.w3.org/2001/XMLSchema" xmlns:p="http://schemas.microsoft.com/office/2006/metadata/properties" xmlns:ns2="8c4dff40-d60a-4cfd-92df-7cf6bf44fb38" xmlns:ns3="4800617c-8abc-4513-8684-14d29e623f83" targetNamespace="http://schemas.microsoft.com/office/2006/metadata/properties" ma:root="true" ma:fieldsID="a0f3c12fcc13ffb7c091975e190758e0" ns2:_="" ns3:_="">
    <xsd:import namespace="8c4dff40-d60a-4cfd-92df-7cf6bf44fb38"/>
    <xsd:import namespace="4800617c-8abc-4513-8684-14d29e623f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dff40-d60a-4cfd-92df-7cf6bf44f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381f48-f36c-4cce-abcd-e4678632a74f}" ma:internalName="TaxCatchAll" ma:showField="CatchAllData" ma:web="8c4dff40-d60a-4cfd-92df-7cf6bf44f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00617c-8abc-4513-8684-14d29e623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db369-d83c-448f-9e6a-002b1e7f8e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84787-A716-4BFC-BA37-02B75E2C54D8}">
  <ds:schemaRefs>
    <ds:schemaRef ds:uri="http://schemas.microsoft.com/sharepoint/v3/contenttype/forms"/>
  </ds:schemaRefs>
</ds:datastoreItem>
</file>

<file path=customXml/itemProps2.xml><?xml version="1.0" encoding="utf-8"?>
<ds:datastoreItem xmlns:ds="http://schemas.openxmlformats.org/officeDocument/2006/customXml" ds:itemID="{58842051-19C4-4F3E-B555-7FDE6F237E71}">
  <ds:schemaRefs>
    <ds:schemaRef ds:uri="http://schemas.microsoft.com/office/2006/metadata/properties"/>
    <ds:schemaRef ds:uri="http://schemas.microsoft.com/office/infopath/2007/PartnerControls"/>
    <ds:schemaRef ds:uri="4800617c-8abc-4513-8684-14d29e623f83"/>
    <ds:schemaRef ds:uri="8c4dff40-d60a-4cfd-92df-7cf6bf44fb38"/>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4C354DC-DF41-41D2-81B9-88B5114D4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dff40-d60a-4cfd-92df-7cf6bf44fb38"/>
    <ds:schemaRef ds:uri="4800617c-8abc-4513-8684-14d29e623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Viel</cp:lastModifiedBy>
  <cp:revision>15</cp:revision>
  <dcterms:created xsi:type="dcterms:W3CDTF">2026-09-21T17:18:00Z</dcterms:created>
  <dcterms:modified xsi:type="dcterms:W3CDTF">2026-09-25T20:38:00Z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0x0101001D68C54F14245A41ABB6A58E436808E3</vt:lpwstr>
  </property>
  <property fmtid="{D5CDD505-2E9C-101B-9397-08002B2CF9AE}" pid="3" name="MediaServiceImageTags">
    <vt:lpwstr/>
  </property>
  <property fmtid="{D5CDD505-2E9C-101B-9397-08002B2CF9AE}" pid="4" name="docLang">
    <vt:lpwstr>en</vt:lpwstr>
  </property>
</Properties>
</file>